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2C18F" w14:textId="77777777" w:rsidR="00274965" w:rsidRPr="00996298" w:rsidRDefault="00274965" w:rsidP="00274965">
      <w:pPr>
        <w:rPr>
          <w:b/>
          <w:u w:val="single"/>
        </w:rPr>
      </w:pPr>
      <w:r w:rsidRPr="00996298">
        <w:rPr>
          <w:b/>
          <w:u w:val="single"/>
        </w:rPr>
        <w:t>Child’s details</w:t>
      </w:r>
    </w:p>
    <w:tbl>
      <w:tblPr>
        <w:tblW w:w="99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02"/>
        <w:gridCol w:w="5010"/>
      </w:tblGrid>
      <w:tr w:rsidR="00274965" w:rsidRPr="00D43633" w14:paraId="6B0DB9C1" w14:textId="77777777" w:rsidTr="00EC3190">
        <w:trPr>
          <w:trHeight w:val="528"/>
        </w:trPr>
        <w:tc>
          <w:tcPr>
            <w:tcW w:w="9912" w:type="dxa"/>
            <w:gridSpan w:val="2"/>
          </w:tcPr>
          <w:p w14:paraId="54B84F6F" w14:textId="77777777" w:rsidR="00274965" w:rsidRDefault="00274965" w:rsidP="00EC3190">
            <w:r w:rsidRPr="00D43633">
              <w:t>Full name of child:</w:t>
            </w:r>
          </w:p>
          <w:p w14:paraId="3DCC2FEA" w14:textId="77777777" w:rsidR="00274965" w:rsidRDefault="00274965" w:rsidP="00EC3190"/>
          <w:p w14:paraId="5D56EEA3" w14:textId="77777777" w:rsidR="00274965" w:rsidRPr="00D43633" w:rsidRDefault="00274965" w:rsidP="00EC3190"/>
        </w:tc>
      </w:tr>
      <w:tr w:rsidR="00274965" w:rsidRPr="00D43633" w14:paraId="3F4418AC" w14:textId="77777777" w:rsidTr="00EC3190">
        <w:trPr>
          <w:trHeight w:val="528"/>
        </w:trPr>
        <w:tc>
          <w:tcPr>
            <w:tcW w:w="9912" w:type="dxa"/>
            <w:gridSpan w:val="2"/>
          </w:tcPr>
          <w:p w14:paraId="089C1974" w14:textId="77777777" w:rsidR="00274965" w:rsidRDefault="00274965" w:rsidP="00EC3190">
            <w:r>
              <w:t>Name child is known as (will be on their name card):</w:t>
            </w:r>
          </w:p>
          <w:p w14:paraId="67891FD3" w14:textId="77777777" w:rsidR="00274965" w:rsidRDefault="00274965" w:rsidP="00EC3190"/>
          <w:p w14:paraId="1296D3B2" w14:textId="77777777" w:rsidR="00274965" w:rsidRPr="00D43633" w:rsidRDefault="00274965" w:rsidP="00EC3190"/>
        </w:tc>
      </w:tr>
      <w:tr w:rsidR="00274965" w:rsidRPr="00D43633" w14:paraId="0FBC868F" w14:textId="77777777" w:rsidTr="00EC3190">
        <w:trPr>
          <w:trHeight w:val="528"/>
        </w:trPr>
        <w:tc>
          <w:tcPr>
            <w:tcW w:w="9912" w:type="dxa"/>
            <w:gridSpan w:val="2"/>
          </w:tcPr>
          <w:p w14:paraId="3273637D" w14:textId="77777777" w:rsidR="00274965" w:rsidRDefault="00274965" w:rsidP="00EC3190">
            <w:r>
              <w:t>Desired start date (child must be 2years old):</w:t>
            </w:r>
          </w:p>
        </w:tc>
      </w:tr>
      <w:tr w:rsidR="00274965" w:rsidRPr="00D43633" w14:paraId="7B0CEF5D" w14:textId="77777777" w:rsidTr="00EC3190">
        <w:trPr>
          <w:trHeight w:val="528"/>
        </w:trPr>
        <w:tc>
          <w:tcPr>
            <w:tcW w:w="4902" w:type="dxa"/>
          </w:tcPr>
          <w:p w14:paraId="4E82CEC0" w14:textId="77777777" w:rsidR="00274965" w:rsidRDefault="00274965" w:rsidP="00EC3190">
            <w:r>
              <w:t>Gender:   Male      Female</w:t>
            </w:r>
          </w:p>
          <w:p w14:paraId="0B427B70" w14:textId="77777777" w:rsidR="00274965" w:rsidRDefault="00274965" w:rsidP="00EC3190"/>
          <w:p w14:paraId="10862971" w14:textId="77777777" w:rsidR="00274965" w:rsidRDefault="00274965" w:rsidP="00EC3190"/>
        </w:tc>
        <w:tc>
          <w:tcPr>
            <w:tcW w:w="5010" w:type="dxa"/>
          </w:tcPr>
          <w:p w14:paraId="05F09EE8" w14:textId="77777777" w:rsidR="00274965" w:rsidRDefault="00274965" w:rsidP="00EC3190"/>
        </w:tc>
      </w:tr>
      <w:tr w:rsidR="00274965" w:rsidRPr="00D43633" w14:paraId="74B98BDB" w14:textId="77777777" w:rsidTr="00EC3190">
        <w:trPr>
          <w:trHeight w:val="751"/>
        </w:trPr>
        <w:tc>
          <w:tcPr>
            <w:tcW w:w="4902" w:type="dxa"/>
            <w:vMerge w:val="restart"/>
          </w:tcPr>
          <w:p w14:paraId="3A47AEC2" w14:textId="77777777" w:rsidR="00274965" w:rsidRPr="00D43633" w:rsidRDefault="00274965" w:rsidP="00EC3190">
            <w:r w:rsidRPr="00D43633">
              <w:t>Child’s address:</w:t>
            </w:r>
          </w:p>
          <w:p w14:paraId="6B081893" w14:textId="77777777" w:rsidR="00274965" w:rsidRPr="00D43633" w:rsidRDefault="00274965" w:rsidP="00EC3190">
            <w:pPr>
              <w:ind w:left="54"/>
            </w:pPr>
          </w:p>
          <w:p w14:paraId="30A39FE9" w14:textId="77777777" w:rsidR="00274965" w:rsidRPr="00D43633" w:rsidRDefault="00274965" w:rsidP="00EC3190">
            <w:pPr>
              <w:ind w:left="54"/>
            </w:pPr>
          </w:p>
          <w:p w14:paraId="103A85B0" w14:textId="77777777" w:rsidR="00274965" w:rsidRPr="00D43633" w:rsidRDefault="00274965" w:rsidP="00EC3190">
            <w:pPr>
              <w:ind w:left="54"/>
            </w:pPr>
          </w:p>
        </w:tc>
        <w:tc>
          <w:tcPr>
            <w:tcW w:w="5010" w:type="dxa"/>
          </w:tcPr>
          <w:p w14:paraId="302774D3" w14:textId="77777777" w:rsidR="00274965" w:rsidRPr="00D43633" w:rsidRDefault="00274965" w:rsidP="00EC3190">
            <w:r w:rsidRPr="00D43633">
              <w:t>Child’s DOB:</w:t>
            </w:r>
          </w:p>
        </w:tc>
      </w:tr>
      <w:tr w:rsidR="00274965" w:rsidRPr="00D43633" w14:paraId="7918FFA5" w14:textId="77777777" w:rsidTr="00EC3190">
        <w:trPr>
          <w:trHeight w:val="884"/>
        </w:trPr>
        <w:tc>
          <w:tcPr>
            <w:tcW w:w="4902" w:type="dxa"/>
            <w:vMerge/>
          </w:tcPr>
          <w:p w14:paraId="0D373C29" w14:textId="77777777" w:rsidR="00274965" w:rsidRPr="00D43633" w:rsidRDefault="00274965" w:rsidP="00EC3190"/>
        </w:tc>
        <w:tc>
          <w:tcPr>
            <w:tcW w:w="5010" w:type="dxa"/>
          </w:tcPr>
          <w:p w14:paraId="1B0B9E14" w14:textId="77777777" w:rsidR="00274965" w:rsidRPr="00D43633" w:rsidRDefault="00274965" w:rsidP="00EC3190">
            <w:r w:rsidRPr="00D43633">
              <w:t>Birth certificate seen: Y/N (admin use only)</w:t>
            </w:r>
          </w:p>
          <w:p w14:paraId="27BC2D0C" w14:textId="77777777" w:rsidR="00274965" w:rsidRPr="00D43633" w:rsidRDefault="00274965" w:rsidP="00EC3190"/>
        </w:tc>
      </w:tr>
      <w:tr w:rsidR="00274965" w:rsidRPr="00D43633" w14:paraId="069BE735" w14:textId="77777777" w:rsidTr="00EC3190">
        <w:trPr>
          <w:trHeight w:val="620"/>
        </w:trPr>
        <w:tc>
          <w:tcPr>
            <w:tcW w:w="4902" w:type="dxa"/>
          </w:tcPr>
          <w:p w14:paraId="4F14586C" w14:textId="77777777" w:rsidR="00274965" w:rsidRPr="00D43633" w:rsidRDefault="00274965" w:rsidP="00EC3190">
            <w:r w:rsidRPr="00D43633">
              <w:t>Allergies:</w:t>
            </w:r>
            <w:r>
              <w:t xml:space="preserve"> (</w:t>
            </w:r>
            <w:proofErr w:type="spellStart"/>
            <w:r>
              <w:t>eg</w:t>
            </w:r>
            <w:proofErr w:type="spellEnd"/>
            <w:r>
              <w:t xml:space="preserve">, plasters, foods, drinks </w:t>
            </w:r>
            <w:proofErr w:type="spellStart"/>
            <w:r>
              <w:t>etc</w:t>
            </w:r>
            <w:proofErr w:type="spellEnd"/>
            <w:r>
              <w:t>)</w:t>
            </w:r>
          </w:p>
          <w:p w14:paraId="5A910E42" w14:textId="77777777" w:rsidR="00274965" w:rsidRPr="00D43633" w:rsidRDefault="00274965" w:rsidP="00EC3190">
            <w:pPr>
              <w:ind w:left="54"/>
              <w:rPr>
                <w:b/>
                <w:u w:val="single"/>
              </w:rPr>
            </w:pPr>
          </w:p>
        </w:tc>
        <w:tc>
          <w:tcPr>
            <w:tcW w:w="5010" w:type="dxa"/>
          </w:tcPr>
          <w:p w14:paraId="09DCF0D1" w14:textId="77777777" w:rsidR="00274965" w:rsidRDefault="00274965" w:rsidP="00EC3190">
            <w:r w:rsidRPr="00D43633">
              <w:t>Medical conditions:</w:t>
            </w:r>
          </w:p>
          <w:p w14:paraId="7C0F388C" w14:textId="77777777" w:rsidR="00274965" w:rsidRPr="00D43633" w:rsidRDefault="00274965" w:rsidP="00EC3190"/>
          <w:p w14:paraId="6EF93CA8" w14:textId="77777777" w:rsidR="00274965" w:rsidRDefault="00274965" w:rsidP="00EC3190">
            <w:pPr>
              <w:ind w:left="54"/>
              <w:rPr>
                <w:b/>
                <w:u w:val="single"/>
              </w:rPr>
            </w:pPr>
          </w:p>
          <w:p w14:paraId="6A98E527" w14:textId="77777777" w:rsidR="00274965" w:rsidRPr="00D43633" w:rsidRDefault="00274965" w:rsidP="00EC3190">
            <w:pPr>
              <w:ind w:left="54"/>
              <w:rPr>
                <w:b/>
                <w:u w:val="single"/>
              </w:rPr>
            </w:pPr>
          </w:p>
        </w:tc>
      </w:tr>
      <w:tr w:rsidR="00274965" w:rsidRPr="00D43633" w14:paraId="6E11DC17" w14:textId="77777777" w:rsidTr="00EC3190">
        <w:trPr>
          <w:trHeight w:val="620"/>
        </w:trPr>
        <w:tc>
          <w:tcPr>
            <w:tcW w:w="4902" w:type="dxa"/>
          </w:tcPr>
          <w:p w14:paraId="26018E28" w14:textId="77777777" w:rsidR="00274965" w:rsidRPr="00D43633" w:rsidRDefault="00274965" w:rsidP="00EC3190">
            <w:r w:rsidRPr="00D43633">
              <w:t>Dietary requirements:</w:t>
            </w:r>
          </w:p>
          <w:p w14:paraId="24B76D53" w14:textId="77777777" w:rsidR="00274965" w:rsidRDefault="00274965" w:rsidP="00EC3190">
            <w:pPr>
              <w:ind w:left="54"/>
              <w:rPr>
                <w:b/>
                <w:u w:val="single"/>
              </w:rPr>
            </w:pPr>
          </w:p>
          <w:p w14:paraId="2BE9C5FF" w14:textId="77777777" w:rsidR="00274965" w:rsidRPr="00D43633" w:rsidRDefault="00274965" w:rsidP="00EC3190">
            <w:pPr>
              <w:ind w:left="54"/>
              <w:rPr>
                <w:b/>
                <w:u w:val="single"/>
              </w:rPr>
            </w:pPr>
          </w:p>
        </w:tc>
        <w:tc>
          <w:tcPr>
            <w:tcW w:w="5010" w:type="dxa"/>
          </w:tcPr>
          <w:p w14:paraId="425D8DFF" w14:textId="77777777" w:rsidR="00274965" w:rsidRPr="00D43633" w:rsidRDefault="00274965" w:rsidP="00EC3190">
            <w:r w:rsidRPr="00D43633">
              <w:t>Ethnic origin:</w:t>
            </w:r>
          </w:p>
          <w:p w14:paraId="1A1D389F" w14:textId="77777777" w:rsidR="00274965" w:rsidRPr="00D43633" w:rsidRDefault="00274965" w:rsidP="00EC3190">
            <w:pPr>
              <w:ind w:left="54"/>
              <w:rPr>
                <w:b/>
                <w:u w:val="single"/>
              </w:rPr>
            </w:pPr>
          </w:p>
        </w:tc>
      </w:tr>
      <w:tr w:rsidR="00274965" w:rsidRPr="00D43633" w14:paraId="563CDEB7" w14:textId="77777777" w:rsidTr="00EC3190">
        <w:trPr>
          <w:trHeight w:val="954"/>
        </w:trPr>
        <w:tc>
          <w:tcPr>
            <w:tcW w:w="4902" w:type="dxa"/>
          </w:tcPr>
          <w:p w14:paraId="3E353E44" w14:textId="77777777" w:rsidR="00274965" w:rsidRPr="00D43633" w:rsidRDefault="00274965" w:rsidP="00EC3190">
            <w:r w:rsidRPr="00D43633">
              <w:lastRenderedPageBreak/>
              <w:t>First language:</w:t>
            </w:r>
          </w:p>
          <w:p w14:paraId="1BA27D5D" w14:textId="77777777" w:rsidR="00274965" w:rsidRPr="00D43633" w:rsidRDefault="00274965" w:rsidP="00EC3190">
            <w:pPr>
              <w:ind w:left="54"/>
              <w:rPr>
                <w:b/>
                <w:u w:val="single"/>
              </w:rPr>
            </w:pPr>
          </w:p>
        </w:tc>
        <w:tc>
          <w:tcPr>
            <w:tcW w:w="5010" w:type="dxa"/>
          </w:tcPr>
          <w:p w14:paraId="43B01747" w14:textId="77777777" w:rsidR="00274965" w:rsidRDefault="00274965" w:rsidP="00EC3190">
            <w:r w:rsidRPr="00D43633">
              <w:t>Religion:</w:t>
            </w:r>
          </w:p>
          <w:p w14:paraId="5579C500" w14:textId="77777777" w:rsidR="00274965" w:rsidRDefault="00274965" w:rsidP="00EC3190"/>
          <w:p w14:paraId="3B877268" w14:textId="77777777" w:rsidR="00274965" w:rsidRPr="00D43633" w:rsidRDefault="00274965" w:rsidP="00EC3190">
            <w:pPr>
              <w:ind w:left="54"/>
              <w:rPr>
                <w:b/>
                <w:u w:val="single"/>
              </w:rPr>
            </w:pPr>
          </w:p>
        </w:tc>
      </w:tr>
      <w:tr w:rsidR="00274965" w:rsidRPr="00D43633" w14:paraId="7160DE96" w14:textId="77777777" w:rsidTr="00EC3190">
        <w:trPr>
          <w:trHeight w:val="1657"/>
        </w:trPr>
        <w:tc>
          <w:tcPr>
            <w:tcW w:w="9912" w:type="dxa"/>
            <w:gridSpan w:val="2"/>
          </w:tcPr>
          <w:p w14:paraId="7838F1A3" w14:textId="77777777" w:rsidR="00274965" w:rsidRDefault="00274965" w:rsidP="00EC3190">
            <w:r>
              <w:t xml:space="preserve">Are there any other professionals involved with your child? For example, social care, speech and language, </w:t>
            </w:r>
            <w:proofErr w:type="spellStart"/>
            <w:r>
              <w:t>paediatrician</w:t>
            </w:r>
            <w:proofErr w:type="spellEnd"/>
            <w:r>
              <w:t>…</w:t>
            </w:r>
          </w:p>
          <w:p w14:paraId="3B9AEE48" w14:textId="77777777" w:rsidR="00274965" w:rsidRDefault="00274965" w:rsidP="00EC3190"/>
          <w:p w14:paraId="41B40192" w14:textId="77777777" w:rsidR="00274965" w:rsidRDefault="00274965" w:rsidP="00EC3190"/>
          <w:p w14:paraId="31AD0778" w14:textId="77777777" w:rsidR="00274965" w:rsidRDefault="00274965" w:rsidP="00EC3190">
            <w:r>
              <w:t xml:space="preserve">Has your child had their </w:t>
            </w:r>
            <w:proofErr w:type="gramStart"/>
            <w:r>
              <w:t>2 year</w:t>
            </w:r>
            <w:proofErr w:type="gramEnd"/>
            <w:r>
              <w:t xml:space="preserve"> check?   Not yet    arranged for the future    yes</w:t>
            </w:r>
          </w:p>
          <w:p w14:paraId="560460BB" w14:textId="77777777" w:rsidR="00274965" w:rsidRDefault="00274965" w:rsidP="00EC3190">
            <w:r>
              <w:t>Do you have a named health visitor? Please tell us their name if so.</w:t>
            </w:r>
          </w:p>
          <w:p w14:paraId="00FFD37C" w14:textId="77777777" w:rsidR="00274965" w:rsidRDefault="00274965" w:rsidP="00EC3190"/>
        </w:tc>
      </w:tr>
      <w:tr w:rsidR="00274965" w:rsidRPr="00D43633" w14:paraId="70F456DD" w14:textId="77777777" w:rsidTr="00EC3190">
        <w:trPr>
          <w:trHeight w:val="697"/>
        </w:trPr>
        <w:tc>
          <w:tcPr>
            <w:tcW w:w="9912" w:type="dxa"/>
            <w:gridSpan w:val="2"/>
          </w:tcPr>
          <w:p w14:paraId="2C481695" w14:textId="77777777" w:rsidR="00274965" w:rsidRDefault="00274965" w:rsidP="00EC3190">
            <w:pPr>
              <w:ind w:left="54"/>
            </w:pPr>
            <w:r>
              <w:t>Names of any siblings that attend / have attended St. Paul’s Nursery School:</w:t>
            </w:r>
          </w:p>
          <w:p w14:paraId="64971B55" w14:textId="77777777" w:rsidR="00274965" w:rsidRDefault="00274965" w:rsidP="00EC3190"/>
          <w:p w14:paraId="1400777B" w14:textId="77777777" w:rsidR="00274965" w:rsidRDefault="00274965" w:rsidP="00EC3190"/>
        </w:tc>
      </w:tr>
    </w:tbl>
    <w:p w14:paraId="68B54A6D" w14:textId="77777777" w:rsidR="00274965" w:rsidRDefault="00274965" w:rsidP="00274965">
      <w:pPr>
        <w:rPr>
          <w:b/>
          <w:u w:val="single"/>
        </w:rPr>
      </w:pPr>
    </w:p>
    <w:p w14:paraId="0DF53867" w14:textId="77777777" w:rsidR="00274965" w:rsidRDefault="00274965" w:rsidP="00274965">
      <w:pPr>
        <w:rPr>
          <w:b/>
          <w:u w:val="single"/>
        </w:rPr>
      </w:pPr>
    </w:p>
    <w:p w14:paraId="1381841D" w14:textId="77777777" w:rsidR="00274965" w:rsidRDefault="00274965" w:rsidP="00274965">
      <w:pPr>
        <w:rPr>
          <w:b/>
          <w:u w:val="single"/>
        </w:rPr>
      </w:pPr>
    </w:p>
    <w:p w14:paraId="6AB604F4" w14:textId="77777777" w:rsidR="00274965" w:rsidRDefault="00274965" w:rsidP="00274965">
      <w:pPr>
        <w:rPr>
          <w:b/>
          <w:u w:val="single"/>
        </w:rPr>
      </w:pPr>
    </w:p>
    <w:p w14:paraId="63E8FC39" w14:textId="77777777" w:rsidR="00274965" w:rsidRDefault="00274965" w:rsidP="00274965">
      <w:pPr>
        <w:rPr>
          <w:b/>
          <w:u w:val="single"/>
        </w:rPr>
      </w:pPr>
    </w:p>
    <w:p w14:paraId="7C211302" w14:textId="77777777" w:rsidR="00274965" w:rsidRDefault="00274965" w:rsidP="00274965">
      <w:pPr>
        <w:rPr>
          <w:b/>
          <w:u w:val="single"/>
        </w:rPr>
      </w:pPr>
    </w:p>
    <w:p w14:paraId="1BE3410B" w14:textId="77777777" w:rsidR="00274965" w:rsidRDefault="00274965" w:rsidP="00274965">
      <w:pPr>
        <w:rPr>
          <w:b/>
          <w:u w:val="single"/>
        </w:rPr>
      </w:pPr>
      <w:r>
        <w:rPr>
          <w:b/>
          <w:u w:val="single"/>
        </w:rPr>
        <w:t>Parent’s details</w:t>
      </w:r>
    </w:p>
    <w:tbl>
      <w:tblPr>
        <w:tblW w:w="9870" w:type="dxa"/>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72"/>
        <w:gridCol w:w="5498"/>
      </w:tblGrid>
      <w:tr w:rsidR="00274965" w:rsidRPr="00D43633" w14:paraId="6082D3C9" w14:textId="77777777" w:rsidTr="00EC3190">
        <w:trPr>
          <w:trHeight w:val="462"/>
        </w:trPr>
        <w:tc>
          <w:tcPr>
            <w:tcW w:w="4372" w:type="dxa"/>
          </w:tcPr>
          <w:p w14:paraId="78430CA6" w14:textId="77777777" w:rsidR="00274965" w:rsidRDefault="00274965" w:rsidP="00EC3190">
            <w:pPr>
              <w:ind w:left="-51"/>
            </w:pPr>
            <w:r>
              <w:t>Parent/carer 1 Name</w:t>
            </w:r>
            <w:r w:rsidRPr="00D43633">
              <w:t>:</w:t>
            </w:r>
          </w:p>
          <w:p w14:paraId="3F492B59" w14:textId="77777777" w:rsidR="00274965" w:rsidRDefault="00274965" w:rsidP="00EC3190">
            <w:pPr>
              <w:ind w:left="-51"/>
            </w:pPr>
          </w:p>
          <w:p w14:paraId="7510D6A9" w14:textId="77777777" w:rsidR="00274965" w:rsidRPr="00D43633" w:rsidRDefault="00274965" w:rsidP="00EC3190">
            <w:pPr>
              <w:ind w:left="-51"/>
            </w:pPr>
            <w:r>
              <w:t>Parental responsibility Y/N</w:t>
            </w:r>
          </w:p>
          <w:p w14:paraId="22080FBA" w14:textId="77777777" w:rsidR="00274965" w:rsidRPr="00D43633" w:rsidRDefault="00274965" w:rsidP="00EC3190">
            <w:pPr>
              <w:ind w:left="-51"/>
            </w:pPr>
          </w:p>
        </w:tc>
        <w:tc>
          <w:tcPr>
            <w:tcW w:w="5498" w:type="dxa"/>
          </w:tcPr>
          <w:p w14:paraId="2A500FA3" w14:textId="77777777" w:rsidR="00274965" w:rsidRPr="00D43633" w:rsidRDefault="00274965" w:rsidP="00EC3190">
            <w:r>
              <w:lastRenderedPageBreak/>
              <w:t>Parent/carer 2 Name</w:t>
            </w:r>
            <w:r w:rsidRPr="00D43633">
              <w:t>:</w:t>
            </w:r>
          </w:p>
          <w:p w14:paraId="5C74BB7A" w14:textId="77777777" w:rsidR="00274965" w:rsidRDefault="00274965" w:rsidP="00EC3190"/>
          <w:p w14:paraId="05491A4E" w14:textId="77777777" w:rsidR="00274965" w:rsidRPr="00D43633" w:rsidRDefault="00274965" w:rsidP="00EC3190">
            <w:r>
              <w:t>Parental responsibility Y/N</w:t>
            </w:r>
          </w:p>
        </w:tc>
      </w:tr>
      <w:tr w:rsidR="00274965" w:rsidRPr="00D43633" w14:paraId="11297331" w14:textId="77777777" w:rsidTr="00EC3190">
        <w:trPr>
          <w:trHeight w:val="462"/>
        </w:trPr>
        <w:tc>
          <w:tcPr>
            <w:tcW w:w="4372" w:type="dxa"/>
          </w:tcPr>
          <w:p w14:paraId="1603C1BB" w14:textId="77777777" w:rsidR="00274965" w:rsidRDefault="00274965" w:rsidP="00EC3190">
            <w:pPr>
              <w:ind w:left="-51"/>
            </w:pPr>
            <w:r>
              <w:t>Preferred pronouns:    he/him    she/her    they/them</w:t>
            </w:r>
          </w:p>
        </w:tc>
        <w:tc>
          <w:tcPr>
            <w:tcW w:w="5498" w:type="dxa"/>
          </w:tcPr>
          <w:p w14:paraId="292BD224" w14:textId="77777777" w:rsidR="00274965" w:rsidRDefault="00274965" w:rsidP="00EC3190">
            <w:r>
              <w:t>Preferred pronouns:    he/him    she/her    they/them</w:t>
            </w:r>
          </w:p>
        </w:tc>
      </w:tr>
      <w:tr w:rsidR="00274965" w:rsidRPr="00D43633" w14:paraId="6684E996" w14:textId="77777777" w:rsidTr="00EC3190">
        <w:trPr>
          <w:trHeight w:val="1652"/>
        </w:trPr>
        <w:tc>
          <w:tcPr>
            <w:tcW w:w="4372" w:type="dxa"/>
          </w:tcPr>
          <w:p w14:paraId="7E34D68B" w14:textId="77777777" w:rsidR="00274965" w:rsidRPr="00D43633" w:rsidRDefault="00274965" w:rsidP="00EC3190">
            <w:pPr>
              <w:ind w:left="-51"/>
            </w:pPr>
            <w:r w:rsidRPr="00D43633">
              <w:t>Address:</w:t>
            </w:r>
          </w:p>
          <w:p w14:paraId="4C179818" w14:textId="77777777" w:rsidR="00274965" w:rsidRPr="00D43633" w:rsidRDefault="00274965" w:rsidP="00EC3190">
            <w:pPr>
              <w:ind w:left="-51"/>
            </w:pPr>
          </w:p>
          <w:p w14:paraId="4032A577" w14:textId="77777777" w:rsidR="00274965" w:rsidRPr="00D43633" w:rsidRDefault="00274965" w:rsidP="00EC3190">
            <w:pPr>
              <w:ind w:left="-51"/>
            </w:pPr>
          </w:p>
        </w:tc>
        <w:tc>
          <w:tcPr>
            <w:tcW w:w="5498" w:type="dxa"/>
          </w:tcPr>
          <w:p w14:paraId="72028A6A" w14:textId="77777777" w:rsidR="00274965" w:rsidRPr="00D43633" w:rsidRDefault="00274965" w:rsidP="00EC3190">
            <w:r w:rsidRPr="00D43633">
              <w:t>Address:</w:t>
            </w:r>
          </w:p>
        </w:tc>
      </w:tr>
      <w:tr w:rsidR="00274965" w:rsidRPr="00D43633" w14:paraId="03C7A7FC" w14:textId="77777777" w:rsidTr="00EC3190">
        <w:trPr>
          <w:trHeight w:val="596"/>
        </w:trPr>
        <w:tc>
          <w:tcPr>
            <w:tcW w:w="4372" w:type="dxa"/>
          </w:tcPr>
          <w:p w14:paraId="1401FAAF" w14:textId="77777777" w:rsidR="00274965" w:rsidRDefault="00274965" w:rsidP="00EC3190">
            <w:pPr>
              <w:ind w:left="-51"/>
            </w:pPr>
            <w:r w:rsidRPr="00D43633">
              <w:t>DOB:</w:t>
            </w:r>
            <w:r>
              <w:t xml:space="preserve">       </w:t>
            </w:r>
          </w:p>
          <w:p w14:paraId="2AFAC139" w14:textId="77777777" w:rsidR="00274965" w:rsidRDefault="00274965" w:rsidP="00EC3190">
            <w:pPr>
              <w:ind w:left="-51"/>
            </w:pPr>
            <w:r>
              <w:t xml:space="preserve">                  </w:t>
            </w:r>
          </w:p>
          <w:p w14:paraId="70D383A4" w14:textId="77777777" w:rsidR="00274965" w:rsidRPr="00D43633" w:rsidRDefault="00274965" w:rsidP="00EC3190">
            <w:pPr>
              <w:ind w:left="-51"/>
            </w:pPr>
            <w:r>
              <w:t>National Insurance No:</w:t>
            </w:r>
          </w:p>
        </w:tc>
        <w:tc>
          <w:tcPr>
            <w:tcW w:w="5498" w:type="dxa"/>
          </w:tcPr>
          <w:p w14:paraId="7D6E25E8" w14:textId="77777777" w:rsidR="00274965" w:rsidRDefault="00274965" w:rsidP="00EC3190">
            <w:r w:rsidRPr="00D43633">
              <w:t>DOB:</w:t>
            </w:r>
            <w:r>
              <w:t xml:space="preserve">                      </w:t>
            </w:r>
          </w:p>
          <w:p w14:paraId="05B134E3" w14:textId="77777777" w:rsidR="00274965" w:rsidRDefault="00274965" w:rsidP="00EC3190"/>
          <w:p w14:paraId="7A46A8D3" w14:textId="77777777" w:rsidR="00274965" w:rsidRPr="00D43633" w:rsidRDefault="00274965" w:rsidP="00EC3190">
            <w:r>
              <w:t>National Insurance No:</w:t>
            </w:r>
          </w:p>
        </w:tc>
      </w:tr>
      <w:tr w:rsidR="00274965" w:rsidRPr="00D43633" w14:paraId="4AD6BBF5" w14:textId="77777777" w:rsidTr="00EC3190">
        <w:trPr>
          <w:trHeight w:val="663"/>
        </w:trPr>
        <w:tc>
          <w:tcPr>
            <w:tcW w:w="4372" w:type="dxa"/>
          </w:tcPr>
          <w:p w14:paraId="1D840F71" w14:textId="77777777" w:rsidR="00274965" w:rsidRDefault="00274965" w:rsidP="00EC3190">
            <w:pPr>
              <w:ind w:left="-51"/>
            </w:pPr>
            <w:r>
              <w:t>Email address:</w:t>
            </w:r>
          </w:p>
          <w:p w14:paraId="6E5131EC" w14:textId="77777777" w:rsidR="00274965" w:rsidRDefault="00274965" w:rsidP="00EC3190">
            <w:pPr>
              <w:ind w:left="-51"/>
            </w:pPr>
          </w:p>
          <w:p w14:paraId="3BF51CB3" w14:textId="77777777" w:rsidR="00274965" w:rsidRPr="00D43633" w:rsidRDefault="00274965" w:rsidP="00EC3190">
            <w:pPr>
              <w:ind w:left="-51"/>
            </w:pPr>
          </w:p>
        </w:tc>
        <w:tc>
          <w:tcPr>
            <w:tcW w:w="5498" w:type="dxa"/>
          </w:tcPr>
          <w:p w14:paraId="455AE382" w14:textId="77777777" w:rsidR="00274965" w:rsidRPr="00D43633" w:rsidRDefault="00274965" w:rsidP="00EC3190">
            <w:r>
              <w:t>Email address:</w:t>
            </w:r>
          </w:p>
        </w:tc>
      </w:tr>
      <w:tr w:rsidR="00274965" w:rsidRPr="00D43633" w14:paraId="1ABF2BDC" w14:textId="77777777" w:rsidTr="00EC3190">
        <w:trPr>
          <w:trHeight w:val="525"/>
        </w:trPr>
        <w:tc>
          <w:tcPr>
            <w:tcW w:w="4372" w:type="dxa"/>
          </w:tcPr>
          <w:p w14:paraId="2AF575A7" w14:textId="77777777" w:rsidR="00274965" w:rsidRDefault="00274965" w:rsidP="00EC3190">
            <w:pPr>
              <w:ind w:left="-51"/>
            </w:pPr>
            <w:r w:rsidRPr="00D43633">
              <w:t>Mobile phone number:</w:t>
            </w:r>
          </w:p>
          <w:p w14:paraId="25AF64BB" w14:textId="77777777" w:rsidR="00274965" w:rsidRDefault="00274965" w:rsidP="00EC3190">
            <w:pPr>
              <w:ind w:left="-51"/>
            </w:pPr>
          </w:p>
          <w:p w14:paraId="54B82456" w14:textId="77777777" w:rsidR="00274965" w:rsidRPr="00D43633" w:rsidRDefault="00274965" w:rsidP="00EC3190">
            <w:pPr>
              <w:ind w:left="-51"/>
            </w:pPr>
          </w:p>
        </w:tc>
        <w:tc>
          <w:tcPr>
            <w:tcW w:w="5498" w:type="dxa"/>
          </w:tcPr>
          <w:p w14:paraId="3756DF3E" w14:textId="77777777" w:rsidR="00274965" w:rsidRPr="00D43633" w:rsidRDefault="00274965" w:rsidP="00EC3190">
            <w:r w:rsidRPr="00D43633">
              <w:t>Mobile phone number:</w:t>
            </w:r>
          </w:p>
        </w:tc>
      </w:tr>
      <w:tr w:rsidR="00274965" w:rsidRPr="00D43633" w14:paraId="5769607D" w14:textId="77777777" w:rsidTr="00EC3190">
        <w:trPr>
          <w:trHeight w:val="525"/>
        </w:trPr>
        <w:tc>
          <w:tcPr>
            <w:tcW w:w="4372" w:type="dxa"/>
          </w:tcPr>
          <w:p w14:paraId="330264B3" w14:textId="77777777" w:rsidR="00274965" w:rsidRDefault="00274965" w:rsidP="00EC3190">
            <w:pPr>
              <w:ind w:left="-51"/>
            </w:pPr>
            <w:r w:rsidRPr="00D43633">
              <w:t>Work phone number:</w:t>
            </w:r>
          </w:p>
          <w:p w14:paraId="7DDDEF54" w14:textId="77777777" w:rsidR="00274965" w:rsidRDefault="00274965" w:rsidP="00EC3190">
            <w:pPr>
              <w:ind w:left="-51"/>
            </w:pPr>
          </w:p>
          <w:p w14:paraId="46337495" w14:textId="77777777" w:rsidR="00274965" w:rsidRPr="00D43633" w:rsidRDefault="00274965" w:rsidP="00EC3190">
            <w:pPr>
              <w:ind w:left="-51"/>
            </w:pPr>
          </w:p>
        </w:tc>
        <w:tc>
          <w:tcPr>
            <w:tcW w:w="5498" w:type="dxa"/>
          </w:tcPr>
          <w:p w14:paraId="3F0C56C4" w14:textId="77777777" w:rsidR="00274965" w:rsidRPr="00D43633" w:rsidRDefault="00274965" w:rsidP="00EC3190">
            <w:r w:rsidRPr="00D43633">
              <w:t>Work phone number:</w:t>
            </w:r>
          </w:p>
        </w:tc>
      </w:tr>
    </w:tbl>
    <w:p w14:paraId="00A77999" w14:textId="77777777" w:rsidR="00274965" w:rsidRDefault="00274965" w:rsidP="00274965">
      <w:pPr>
        <w:rPr>
          <w:b/>
          <w:u w:val="single"/>
        </w:rPr>
      </w:pPr>
    </w:p>
    <w:p w14:paraId="33F0A26C" w14:textId="77777777" w:rsidR="00274965" w:rsidRDefault="00274965" w:rsidP="00274965">
      <w:pPr>
        <w:rPr>
          <w:b/>
          <w:u w:val="single"/>
        </w:rPr>
      </w:pPr>
    </w:p>
    <w:p w14:paraId="3193D9C9" w14:textId="77777777" w:rsidR="00274965" w:rsidRDefault="00274965" w:rsidP="00274965">
      <w:pPr>
        <w:rPr>
          <w:b/>
          <w:u w:val="single"/>
        </w:rPr>
      </w:pPr>
      <w:r>
        <w:rPr>
          <w:b/>
          <w:u w:val="single"/>
        </w:rPr>
        <w:t>Attendance pattern</w:t>
      </w:r>
    </w:p>
    <w:p w14:paraId="1016BD1E" w14:textId="77777777" w:rsidR="00274965" w:rsidRDefault="00274965" w:rsidP="00274965"/>
    <w:p w14:paraId="5361CF7F" w14:textId="77777777" w:rsidR="00274965" w:rsidRPr="004754F6" w:rsidRDefault="00274965" w:rsidP="00274965">
      <w:pPr>
        <w:rPr>
          <w:sz w:val="20"/>
          <w:szCs w:val="20"/>
        </w:rPr>
      </w:pPr>
      <w:r w:rsidRPr="004754F6">
        <w:rPr>
          <w:sz w:val="20"/>
          <w:szCs w:val="20"/>
        </w:rPr>
        <w:t xml:space="preserve">Please indicate below what sessions you would like to request. Working parents can also apply to access </w:t>
      </w:r>
      <w:r>
        <w:rPr>
          <w:sz w:val="20"/>
          <w:szCs w:val="20"/>
        </w:rPr>
        <w:t>up to 15/</w:t>
      </w:r>
      <w:r w:rsidRPr="004754F6">
        <w:rPr>
          <w:sz w:val="20"/>
          <w:szCs w:val="20"/>
        </w:rPr>
        <w:t>30 hours of funded places</w:t>
      </w:r>
      <w:r>
        <w:rPr>
          <w:sz w:val="20"/>
          <w:szCs w:val="20"/>
        </w:rPr>
        <w:t xml:space="preserve"> as well as disadvantaged families</w:t>
      </w:r>
      <w:r w:rsidRPr="004754F6">
        <w:rPr>
          <w:sz w:val="20"/>
          <w:szCs w:val="20"/>
        </w:rPr>
        <w:t xml:space="preserve">. For more information on 15/30 </w:t>
      </w:r>
      <w:proofErr w:type="gramStart"/>
      <w:r w:rsidRPr="004754F6">
        <w:rPr>
          <w:sz w:val="20"/>
          <w:szCs w:val="20"/>
        </w:rPr>
        <w:t>hours</w:t>
      </w:r>
      <w:proofErr w:type="gramEnd"/>
      <w:r w:rsidRPr="004754F6">
        <w:rPr>
          <w:sz w:val="20"/>
          <w:szCs w:val="20"/>
        </w:rPr>
        <w:t xml:space="preserve"> funding</w:t>
      </w:r>
      <w:r>
        <w:rPr>
          <w:sz w:val="20"/>
          <w:szCs w:val="20"/>
        </w:rPr>
        <w:t xml:space="preserve"> and </w:t>
      </w:r>
      <w:r w:rsidRPr="004754F6">
        <w:rPr>
          <w:sz w:val="20"/>
          <w:szCs w:val="20"/>
        </w:rPr>
        <w:t xml:space="preserve">to apply </w:t>
      </w:r>
      <w:r>
        <w:rPr>
          <w:sz w:val="20"/>
          <w:szCs w:val="20"/>
        </w:rPr>
        <w:t xml:space="preserve">for funding </w:t>
      </w:r>
      <w:r w:rsidRPr="004754F6">
        <w:rPr>
          <w:sz w:val="20"/>
          <w:szCs w:val="20"/>
        </w:rPr>
        <w:t xml:space="preserve">please visit </w:t>
      </w:r>
      <w:hyperlink r:id="rId12" w:history="1">
        <w:r w:rsidRPr="004754F6">
          <w:rPr>
            <w:rStyle w:val="Hyperlink"/>
            <w:sz w:val="20"/>
            <w:szCs w:val="20"/>
          </w:rPr>
          <w:t>www.childcarechoices.co.uk</w:t>
        </w:r>
      </w:hyperlink>
      <w:r w:rsidRPr="004754F6">
        <w:rPr>
          <w:sz w:val="20"/>
          <w:szCs w:val="20"/>
        </w:rPr>
        <w:t xml:space="preserve"> </w:t>
      </w:r>
    </w:p>
    <w:p w14:paraId="6A62280B" w14:textId="77777777" w:rsidR="00274965" w:rsidRDefault="00274965" w:rsidP="00274965">
      <w:pPr>
        <w:ind w:left="360"/>
      </w:pPr>
    </w:p>
    <w:p w14:paraId="52A71B8A" w14:textId="77777777" w:rsidR="00274965" w:rsidRDefault="00274965" w:rsidP="00274965">
      <w:pPr>
        <w:rPr>
          <w:sz w:val="20"/>
          <w:szCs w:val="20"/>
        </w:rPr>
      </w:pPr>
      <w:r>
        <w:rPr>
          <w:sz w:val="20"/>
          <w:szCs w:val="20"/>
        </w:rPr>
        <w:t>P</w:t>
      </w:r>
      <w:r w:rsidRPr="004754F6">
        <w:rPr>
          <w:sz w:val="20"/>
          <w:szCs w:val="20"/>
        </w:rPr>
        <w:t>lease note that if you</w:t>
      </w:r>
      <w:r>
        <w:rPr>
          <w:sz w:val="20"/>
          <w:szCs w:val="20"/>
        </w:rPr>
        <w:t xml:space="preserve"> have confirmation of government</w:t>
      </w:r>
      <w:r w:rsidRPr="004754F6">
        <w:rPr>
          <w:sz w:val="20"/>
          <w:szCs w:val="20"/>
        </w:rPr>
        <w:t xml:space="preserve"> funded hours from HMRC and passed this to nursery, you can use them to include breakfast and after school club. For </w:t>
      </w:r>
      <w:proofErr w:type="gramStart"/>
      <w:r w:rsidRPr="004754F6">
        <w:rPr>
          <w:sz w:val="20"/>
          <w:szCs w:val="20"/>
        </w:rPr>
        <w:t>example</w:t>
      </w:r>
      <w:proofErr w:type="gramEnd"/>
      <w:r w:rsidRPr="004754F6">
        <w:rPr>
          <w:sz w:val="20"/>
          <w:szCs w:val="20"/>
        </w:rPr>
        <w:t xml:space="preserve"> a </w:t>
      </w:r>
      <w:proofErr w:type="gramStart"/>
      <w:r w:rsidRPr="004754F6">
        <w:rPr>
          <w:sz w:val="20"/>
          <w:szCs w:val="20"/>
        </w:rPr>
        <w:t>30 hour</w:t>
      </w:r>
      <w:proofErr w:type="gramEnd"/>
      <w:r w:rsidRPr="004754F6">
        <w:rPr>
          <w:sz w:val="20"/>
          <w:szCs w:val="20"/>
        </w:rPr>
        <w:t xml:space="preserve"> place would cover </w:t>
      </w:r>
      <w:r>
        <w:rPr>
          <w:sz w:val="20"/>
          <w:szCs w:val="20"/>
        </w:rPr>
        <w:t>8</w:t>
      </w:r>
      <w:r w:rsidRPr="004754F6">
        <w:rPr>
          <w:sz w:val="20"/>
          <w:szCs w:val="20"/>
        </w:rPr>
        <w:t xml:space="preserve"> – 6 Monday, Tuesday and Wednesday. Any other hours can be purchased at the prices listed below. </w:t>
      </w:r>
    </w:p>
    <w:p w14:paraId="6FD86C66" w14:textId="77777777" w:rsidR="00274965" w:rsidRPr="004754F6" w:rsidRDefault="00274965" w:rsidP="00274965">
      <w:pPr>
        <w:rPr>
          <w:sz w:val="20"/>
          <w:szCs w:val="20"/>
        </w:rPr>
      </w:pPr>
      <w:r w:rsidRPr="004754F6">
        <w:rPr>
          <w:sz w:val="20"/>
          <w:szCs w:val="20"/>
        </w:rPr>
        <w:t xml:space="preserve">Please make sure that you apply for the </w:t>
      </w:r>
      <w:proofErr w:type="gramStart"/>
      <w:r w:rsidRPr="004754F6">
        <w:rPr>
          <w:sz w:val="20"/>
          <w:szCs w:val="20"/>
        </w:rPr>
        <w:t>funded</w:t>
      </w:r>
      <w:proofErr w:type="gramEnd"/>
      <w:r w:rsidRPr="004754F6">
        <w:rPr>
          <w:sz w:val="20"/>
          <w:szCs w:val="20"/>
        </w:rPr>
        <w:t xml:space="preserve"> hours before the deadline for each term: 31</w:t>
      </w:r>
      <w:r w:rsidRPr="004754F6">
        <w:rPr>
          <w:sz w:val="20"/>
          <w:szCs w:val="20"/>
          <w:vertAlign w:val="superscript"/>
        </w:rPr>
        <w:t>st</w:t>
      </w:r>
      <w:r w:rsidRPr="004754F6">
        <w:rPr>
          <w:sz w:val="20"/>
          <w:szCs w:val="20"/>
        </w:rPr>
        <w:t xml:space="preserve"> August for the Autumn term, 31</w:t>
      </w:r>
      <w:r w:rsidRPr="004754F6">
        <w:rPr>
          <w:sz w:val="20"/>
          <w:szCs w:val="20"/>
          <w:vertAlign w:val="superscript"/>
        </w:rPr>
        <w:t>st</w:t>
      </w:r>
      <w:r w:rsidRPr="004754F6">
        <w:rPr>
          <w:sz w:val="20"/>
          <w:szCs w:val="20"/>
        </w:rPr>
        <w:t xml:space="preserve"> December for the Spring term and 31</w:t>
      </w:r>
      <w:r w:rsidRPr="004754F6">
        <w:rPr>
          <w:sz w:val="20"/>
          <w:szCs w:val="20"/>
          <w:vertAlign w:val="superscript"/>
        </w:rPr>
        <w:t>st</w:t>
      </w:r>
      <w:r w:rsidRPr="004754F6">
        <w:rPr>
          <w:sz w:val="20"/>
          <w:szCs w:val="20"/>
        </w:rPr>
        <w:t xml:space="preserve"> March for the </w:t>
      </w:r>
      <w:proofErr w:type="gramStart"/>
      <w:r w:rsidRPr="004754F6">
        <w:rPr>
          <w:sz w:val="20"/>
          <w:szCs w:val="20"/>
        </w:rPr>
        <w:t>Summer</w:t>
      </w:r>
      <w:proofErr w:type="gramEnd"/>
      <w:r w:rsidRPr="004754F6">
        <w:rPr>
          <w:sz w:val="20"/>
          <w:szCs w:val="20"/>
        </w:rPr>
        <w:t xml:space="preserve"> term.</w:t>
      </w:r>
      <w:r>
        <w:rPr>
          <w:sz w:val="20"/>
          <w:szCs w:val="20"/>
        </w:rPr>
        <w:t xml:space="preserve"> It is the </w:t>
      </w:r>
      <w:proofErr w:type="gramStart"/>
      <w:r>
        <w:rPr>
          <w:sz w:val="20"/>
          <w:szCs w:val="20"/>
        </w:rPr>
        <w:t>parents</w:t>
      </w:r>
      <w:proofErr w:type="gramEnd"/>
      <w:r>
        <w:rPr>
          <w:sz w:val="20"/>
          <w:szCs w:val="20"/>
        </w:rPr>
        <w:t xml:space="preserve"> responsibility to apply for and update funding codes within the correct time frames. Remission of payment cannot be given for missed deadlines. Funding for disadvantaged </w:t>
      </w:r>
      <w:proofErr w:type="gramStart"/>
      <w:r>
        <w:rPr>
          <w:sz w:val="20"/>
          <w:szCs w:val="20"/>
        </w:rPr>
        <w:t>two year olds</w:t>
      </w:r>
      <w:proofErr w:type="gramEnd"/>
      <w:r>
        <w:rPr>
          <w:sz w:val="20"/>
          <w:szCs w:val="20"/>
        </w:rPr>
        <w:t xml:space="preserve"> does not begin until the term after your child turns two. </w:t>
      </w:r>
    </w:p>
    <w:p w14:paraId="5CC37B24" w14:textId="77777777" w:rsidR="00274965" w:rsidRDefault="00274965" w:rsidP="00274965"/>
    <w:p w14:paraId="5257F81B" w14:textId="77777777" w:rsidR="00274965" w:rsidRDefault="00274965" w:rsidP="00274965"/>
    <w:p w14:paraId="13D61075" w14:textId="77777777" w:rsidR="00274965" w:rsidRDefault="00274965" w:rsidP="00274965">
      <w:pPr>
        <w:rPr>
          <w:sz w:val="20"/>
          <w:szCs w:val="20"/>
        </w:rPr>
      </w:pPr>
      <w:r>
        <w:rPr>
          <w:noProof/>
          <w:sz w:val="20"/>
          <w:szCs w:val="20"/>
        </w:rPr>
        <mc:AlternateContent>
          <mc:Choice Requires="wps">
            <w:drawing>
              <wp:anchor distT="0" distB="0" distL="114300" distR="114300" simplePos="0" relativeHeight="251659264" behindDoc="0" locked="0" layoutInCell="1" allowOverlap="1" wp14:anchorId="32BC3AD1" wp14:editId="7A2937FE">
                <wp:simplePos x="0" y="0"/>
                <wp:positionH relativeFrom="column">
                  <wp:posOffset>842010</wp:posOffset>
                </wp:positionH>
                <wp:positionV relativeFrom="paragraph">
                  <wp:posOffset>384175</wp:posOffset>
                </wp:positionV>
                <wp:extent cx="558800" cy="222250"/>
                <wp:effectExtent l="0" t="0" r="12700" b="25400"/>
                <wp:wrapNone/>
                <wp:docPr id="855519232" name="Rectangle 1"/>
                <wp:cNvGraphicFramePr/>
                <a:graphic xmlns:a="http://schemas.openxmlformats.org/drawingml/2006/main">
                  <a:graphicData uri="http://schemas.microsoft.com/office/word/2010/wordprocessingShape">
                    <wps:wsp>
                      <wps:cNvSpPr/>
                      <wps:spPr>
                        <a:xfrm>
                          <a:off x="0" y="0"/>
                          <a:ext cx="558800" cy="2222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85EDA8" id="Rectangle 1" o:spid="_x0000_s1026" style="position:absolute;margin-left:66.3pt;margin-top:30.25pt;width:44pt;height: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" fillcolor="white [3212]" strokecolor="#0a121c [484]" strokeweight="2pt"/>
            </w:pict>
          </mc:Fallback>
        </mc:AlternateContent>
      </w:r>
      <w:r>
        <w:rPr>
          <w:sz w:val="20"/>
          <w:szCs w:val="20"/>
        </w:rPr>
        <w:t>A hot l</w:t>
      </w:r>
      <w:r w:rsidRPr="00C21465">
        <w:rPr>
          <w:sz w:val="20"/>
          <w:szCs w:val="20"/>
        </w:rPr>
        <w:t xml:space="preserve">unch is provided by an outside caterer at a cost of £3.00 per </w:t>
      </w:r>
      <w:proofErr w:type="gramStart"/>
      <w:r w:rsidRPr="00C21465">
        <w:rPr>
          <w:sz w:val="20"/>
          <w:szCs w:val="20"/>
        </w:rPr>
        <w:t>day</w:t>
      </w:r>
      <w:proofErr w:type="gramEnd"/>
      <w:r w:rsidRPr="00C21465">
        <w:rPr>
          <w:sz w:val="20"/>
          <w:szCs w:val="20"/>
        </w:rPr>
        <w:t xml:space="preserve"> which </w:t>
      </w:r>
      <w:r>
        <w:rPr>
          <w:sz w:val="20"/>
          <w:szCs w:val="20"/>
        </w:rPr>
        <w:t>is not</w:t>
      </w:r>
      <w:r w:rsidRPr="00C21465">
        <w:rPr>
          <w:sz w:val="20"/>
          <w:szCs w:val="20"/>
        </w:rPr>
        <w:t xml:space="preserve"> included in your funded entitlement. If you</w:t>
      </w:r>
      <w:r>
        <w:rPr>
          <w:sz w:val="20"/>
          <w:szCs w:val="20"/>
        </w:rPr>
        <w:t xml:space="preserve"> wish to send your child a cold packed lunch </w:t>
      </w:r>
      <w:proofErr w:type="gramStart"/>
      <w:r>
        <w:rPr>
          <w:sz w:val="20"/>
          <w:szCs w:val="20"/>
        </w:rPr>
        <w:t>instead</w:t>
      </w:r>
      <w:proofErr w:type="gramEnd"/>
      <w:r>
        <w:rPr>
          <w:sz w:val="20"/>
          <w:szCs w:val="20"/>
        </w:rPr>
        <w:t xml:space="preserve"> please tick the box below:    </w:t>
      </w:r>
    </w:p>
    <w:p w14:paraId="16421A85" w14:textId="77777777" w:rsidR="00274965" w:rsidRDefault="00274965" w:rsidP="00274965">
      <w:pPr>
        <w:rPr>
          <w:sz w:val="20"/>
          <w:szCs w:val="20"/>
        </w:rPr>
      </w:pPr>
    </w:p>
    <w:p w14:paraId="010014C5" w14:textId="77777777" w:rsidR="00274965" w:rsidRDefault="00274965" w:rsidP="00274965">
      <w:pPr>
        <w:rPr>
          <w:sz w:val="20"/>
          <w:szCs w:val="20"/>
        </w:rPr>
      </w:pPr>
    </w:p>
    <w:p w14:paraId="7B2982BC" w14:textId="77777777" w:rsidR="00274965" w:rsidRDefault="00274965" w:rsidP="00274965">
      <w:pPr>
        <w:rPr>
          <w:sz w:val="20"/>
          <w:szCs w:val="20"/>
        </w:rPr>
      </w:pPr>
    </w:p>
    <w:p w14:paraId="028956D8" w14:textId="77777777" w:rsidR="00274965" w:rsidRDefault="00274965" w:rsidP="00274965">
      <w:pPr>
        <w:rPr>
          <w:sz w:val="20"/>
          <w:szCs w:val="20"/>
        </w:rPr>
      </w:pPr>
    </w:p>
    <w:p w14:paraId="69D554BD" w14:textId="77777777" w:rsidR="00274965" w:rsidRDefault="00274965" w:rsidP="00274965">
      <w:pPr>
        <w:rPr>
          <w:sz w:val="20"/>
          <w:szCs w:val="20"/>
        </w:rPr>
      </w:pPr>
    </w:p>
    <w:p w14:paraId="3820C050" w14:textId="77777777" w:rsidR="00274965" w:rsidRDefault="00274965" w:rsidP="00274965">
      <w:pPr>
        <w:rPr>
          <w:sz w:val="20"/>
          <w:szCs w:val="20"/>
        </w:rPr>
      </w:pPr>
    </w:p>
    <w:p w14:paraId="5B7E8BE3" w14:textId="77777777" w:rsidR="00274965" w:rsidRDefault="00274965" w:rsidP="00274965">
      <w:pPr>
        <w:rPr>
          <w:sz w:val="20"/>
          <w:szCs w:val="20"/>
        </w:rPr>
      </w:pPr>
    </w:p>
    <w:p w14:paraId="20C9609A" w14:textId="77777777" w:rsidR="00274965" w:rsidRDefault="00274965" w:rsidP="00274965">
      <w:pPr>
        <w:rPr>
          <w:b/>
          <w:bCs/>
          <w:u w:val="single"/>
        </w:rPr>
      </w:pPr>
      <w:r>
        <w:rPr>
          <w:b/>
          <w:bCs/>
          <w:u w:val="single"/>
        </w:rPr>
        <w:t>Please indicate which kind of place you are applying for</w:t>
      </w:r>
    </w:p>
    <w:p w14:paraId="688BC551" w14:textId="77777777" w:rsidR="00274965" w:rsidRDefault="00274965" w:rsidP="00274965">
      <w:pPr>
        <w:rPr>
          <w:b/>
          <w:bCs/>
          <w:u w:val="single"/>
        </w:rPr>
      </w:pPr>
      <w:r>
        <w:rPr>
          <w:b/>
          <w:bCs/>
          <w:u w:val="single"/>
        </w:rPr>
        <w:t>(you may be eligible for more than one option):</w:t>
      </w:r>
    </w:p>
    <w:p w14:paraId="551D984E" w14:textId="77777777" w:rsidR="00274965" w:rsidRPr="003749BB" w:rsidRDefault="00274965" w:rsidP="00274965">
      <w:pPr>
        <w:rPr>
          <w:b/>
          <w:bCs/>
          <w:u w:val="single"/>
        </w:rPr>
      </w:pPr>
    </w:p>
    <w:tbl>
      <w:tblPr>
        <w:tblStyle w:val="TableGrid"/>
        <w:tblW w:w="0" w:type="auto"/>
        <w:tblLook w:val="04A0" w:firstRow="1" w:lastRow="0" w:firstColumn="1" w:lastColumn="0" w:noHBand="0" w:noVBand="1"/>
      </w:tblPr>
      <w:tblGrid>
        <w:gridCol w:w="2661"/>
        <w:gridCol w:w="2386"/>
        <w:gridCol w:w="2470"/>
        <w:gridCol w:w="2111"/>
      </w:tblGrid>
      <w:tr w:rsidR="00274965" w14:paraId="08CA11CA" w14:textId="77777777" w:rsidTr="00EC3190">
        <w:tc>
          <w:tcPr>
            <w:tcW w:w="2661" w:type="dxa"/>
          </w:tcPr>
          <w:p w14:paraId="6B68C70B" w14:textId="77777777" w:rsidR="00274965" w:rsidRDefault="00274965" w:rsidP="00EC3190">
            <w:pPr>
              <w:rPr>
                <w:sz w:val="20"/>
                <w:szCs w:val="20"/>
              </w:rPr>
            </w:pPr>
            <w:r>
              <w:rPr>
                <w:sz w:val="20"/>
                <w:szCs w:val="20"/>
              </w:rPr>
              <w:t>Two-year-old 15 hours disadvantaged funded place</w:t>
            </w:r>
          </w:p>
          <w:p w14:paraId="2DA8E19D" w14:textId="77777777" w:rsidR="00274965" w:rsidRDefault="00274965" w:rsidP="00EC3190">
            <w:pPr>
              <w:rPr>
                <w:sz w:val="20"/>
                <w:szCs w:val="20"/>
              </w:rPr>
            </w:pPr>
          </w:p>
        </w:tc>
        <w:tc>
          <w:tcPr>
            <w:tcW w:w="2386" w:type="dxa"/>
          </w:tcPr>
          <w:p w14:paraId="42E41E2D" w14:textId="77777777" w:rsidR="00274965" w:rsidRDefault="00274965" w:rsidP="00EC3190">
            <w:pPr>
              <w:rPr>
                <w:sz w:val="20"/>
                <w:szCs w:val="20"/>
              </w:rPr>
            </w:pPr>
            <w:r>
              <w:rPr>
                <w:sz w:val="20"/>
                <w:szCs w:val="20"/>
              </w:rPr>
              <w:t>Two-year-old 15 hours working families funded place</w:t>
            </w:r>
          </w:p>
        </w:tc>
        <w:tc>
          <w:tcPr>
            <w:tcW w:w="2470" w:type="dxa"/>
          </w:tcPr>
          <w:p w14:paraId="44666B88" w14:textId="77777777" w:rsidR="00274965" w:rsidRDefault="00274965" w:rsidP="00EC3190">
            <w:pPr>
              <w:rPr>
                <w:sz w:val="20"/>
                <w:szCs w:val="20"/>
              </w:rPr>
            </w:pPr>
            <w:r>
              <w:rPr>
                <w:sz w:val="20"/>
                <w:szCs w:val="20"/>
              </w:rPr>
              <w:t xml:space="preserve">Two-year-old </w:t>
            </w:r>
            <w:proofErr w:type="gramStart"/>
            <w:r>
              <w:rPr>
                <w:sz w:val="20"/>
                <w:szCs w:val="20"/>
              </w:rPr>
              <w:t>thirty hours</w:t>
            </w:r>
            <w:proofErr w:type="gramEnd"/>
            <w:r>
              <w:rPr>
                <w:sz w:val="20"/>
                <w:szCs w:val="20"/>
              </w:rPr>
              <w:t xml:space="preserve"> funded place for working families (available from Sept 25)</w:t>
            </w:r>
          </w:p>
        </w:tc>
        <w:tc>
          <w:tcPr>
            <w:tcW w:w="2111" w:type="dxa"/>
          </w:tcPr>
          <w:p w14:paraId="28380950" w14:textId="77777777" w:rsidR="00274965" w:rsidRDefault="00274965" w:rsidP="00EC3190">
            <w:pPr>
              <w:rPr>
                <w:sz w:val="20"/>
                <w:szCs w:val="20"/>
              </w:rPr>
            </w:pPr>
            <w:r>
              <w:rPr>
                <w:sz w:val="20"/>
                <w:szCs w:val="20"/>
              </w:rPr>
              <w:t xml:space="preserve">Additional </w:t>
            </w:r>
            <w:proofErr w:type="spellStart"/>
            <w:r>
              <w:rPr>
                <w:sz w:val="20"/>
                <w:szCs w:val="20"/>
              </w:rPr>
              <w:t>self funded</w:t>
            </w:r>
            <w:proofErr w:type="spellEnd"/>
            <w:r>
              <w:rPr>
                <w:sz w:val="20"/>
                <w:szCs w:val="20"/>
              </w:rPr>
              <w:t xml:space="preserve"> hours</w:t>
            </w:r>
          </w:p>
        </w:tc>
      </w:tr>
      <w:tr w:rsidR="00274965" w14:paraId="5D0A257D" w14:textId="77777777" w:rsidTr="00EC3190">
        <w:tc>
          <w:tcPr>
            <w:tcW w:w="2661" w:type="dxa"/>
          </w:tcPr>
          <w:p w14:paraId="4B19300C" w14:textId="77777777" w:rsidR="00274965" w:rsidRDefault="00274965" w:rsidP="00EC3190">
            <w:pPr>
              <w:rPr>
                <w:sz w:val="20"/>
                <w:szCs w:val="20"/>
              </w:rPr>
            </w:pPr>
            <w:r>
              <w:rPr>
                <w:sz w:val="20"/>
                <w:szCs w:val="20"/>
              </w:rPr>
              <w:t>Three-and -four-year-old 15 hours universal place</w:t>
            </w:r>
          </w:p>
        </w:tc>
        <w:tc>
          <w:tcPr>
            <w:tcW w:w="2386" w:type="dxa"/>
          </w:tcPr>
          <w:p w14:paraId="20552902" w14:textId="77777777" w:rsidR="00274965" w:rsidRDefault="00274965" w:rsidP="00EC3190">
            <w:pPr>
              <w:rPr>
                <w:sz w:val="20"/>
                <w:szCs w:val="20"/>
              </w:rPr>
            </w:pPr>
            <w:r>
              <w:rPr>
                <w:sz w:val="20"/>
                <w:szCs w:val="20"/>
              </w:rPr>
              <w:t>Three-and-four-year-old 30 hours working families funded place</w:t>
            </w:r>
          </w:p>
        </w:tc>
        <w:tc>
          <w:tcPr>
            <w:tcW w:w="2470" w:type="dxa"/>
          </w:tcPr>
          <w:p w14:paraId="7E12F3BC" w14:textId="77777777" w:rsidR="00274965" w:rsidRDefault="00274965" w:rsidP="00EC3190">
            <w:pPr>
              <w:rPr>
                <w:sz w:val="20"/>
                <w:szCs w:val="20"/>
              </w:rPr>
            </w:pPr>
            <w:r>
              <w:rPr>
                <w:sz w:val="20"/>
                <w:szCs w:val="20"/>
              </w:rPr>
              <w:t>Three-and-four-year-old 15 hour funded place with additional purchased hours</w:t>
            </w:r>
          </w:p>
        </w:tc>
        <w:tc>
          <w:tcPr>
            <w:tcW w:w="2111" w:type="dxa"/>
          </w:tcPr>
          <w:p w14:paraId="381D7479" w14:textId="77777777" w:rsidR="00274965" w:rsidRDefault="00274965" w:rsidP="00EC3190">
            <w:pPr>
              <w:rPr>
                <w:sz w:val="20"/>
                <w:szCs w:val="20"/>
              </w:rPr>
            </w:pPr>
          </w:p>
        </w:tc>
      </w:tr>
    </w:tbl>
    <w:p w14:paraId="694D1CF3" w14:textId="77777777" w:rsidR="00274965" w:rsidRDefault="00274965" w:rsidP="00274965">
      <w:pPr>
        <w:rPr>
          <w:sz w:val="20"/>
          <w:szCs w:val="20"/>
        </w:rPr>
      </w:pPr>
    </w:p>
    <w:p w14:paraId="4E5C8FBC" w14:textId="77777777" w:rsidR="00274965" w:rsidRDefault="00274965" w:rsidP="00274965">
      <w:pPr>
        <w:rPr>
          <w:sz w:val="20"/>
          <w:szCs w:val="20"/>
        </w:rPr>
      </w:pPr>
    </w:p>
    <w:p w14:paraId="500309FE" w14:textId="77777777" w:rsidR="00274965" w:rsidRPr="004754F6" w:rsidRDefault="00274965" w:rsidP="00274965">
      <w:pPr>
        <w:rPr>
          <w:sz w:val="20"/>
          <w:szCs w:val="20"/>
        </w:rPr>
      </w:pPr>
      <w:r>
        <w:rPr>
          <w:sz w:val="20"/>
          <w:szCs w:val="20"/>
        </w:rPr>
        <w:t>Please tick below your requested attendance pattern:</w:t>
      </w: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8"/>
        <w:gridCol w:w="1198"/>
        <w:gridCol w:w="1088"/>
        <w:gridCol w:w="1543"/>
        <w:gridCol w:w="1263"/>
        <w:gridCol w:w="1189"/>
        <w:gridCol w:w="1189"/>
        <w:gridCol w:w="1546"/>
      </w:tblGrid>
      <w:tr w:rsidR="00274965" w14:paraId="530133FA" w14:textId="77777777" w:rsidTr="00EC3190">
        <w:trPr>
          <w:trHeight w:val="945"/>
        </w:trPr>
        <w:tc>
          <w:tcPr>
            <w:tcW w:w="1771" w:type="dxa"/>
            <w:shd w:val="clear" w:color="auto" w:fill="D9D9D9" w:themeFill="background1" w:themeFillShade="D9"/>
          </w:tcPr>
          <w:p w14:paraId="1FA3484A" w14:textId="77777777" w:rsidR="00274965" w:rsidRPr="004754F6" w:rsidRDefault="00274965" w:rsidP="00EC3190">
            <w:pPr>
              <w:rPr>
                <w:b/>
                <w:bCs/>
              </w:rPr>
            </w:pPr>
            <w:proofErr w:type="gramStart"/>
            <w:r>
              <w:rPr>
                <w:b/>
                <w:bCs/>
              </w:rPr>
              <w:t>2 year olds</w:t>
            </w:r>
            <w:proofErr w:type="gramEnd"/>
          </w:p>
        </w:tc>
        <w:tc>
          <w:tcPr>
            <w:tcW w:w="1198" w:type="dxa"/>
            <w:shd w:val="clear" w:color="auto" w:fill="D9D9D9" w:themeFill="background1" w:themeFillShade="D9"/>
          </w:tcPr>
          <w:p w14:paraId="561911C1" w14:textId="77777777" w:rsidR="00274965" w:rsidRPr="004754F6" w:rsidRDefault="00274965" w:rsidP="00EC3190">
            <w:pPr>
              <w:rPr>
                <w:b/>
                <w:bCs/>
              </w:rPr>
            </w:pPr>
            <w:r w:rsidRPr="004754F6">
              <w:rPr>
                <w:b/>
                <w:bCs/>
              </w:rPr>
              <w:t>Breakfast club</w:t>
            </w:r>
          </w:p>
        </w:tc>
        <w:tc>
          <w:tcPr>
            <w:tcW w:w="1088" w:type="dxa"/>
            <w:shd w:val="clear" w:color="auto" w:fill="D9D9D9" w:themeFill="background1" w:themeFillShade="D9"/>
          </w:tcPr>
          <w:p w14:paraId="1ACAEEE9" w14:textId="77777777" w:rsidR="00274965" w:rsidRPr="004754F6" w:rsidRDefault="00274965" w:rsidP="00EC3190">
            <w:pPr>
              <w:rPr>
                <w:b/>
                <w:bCs/>
              </w:rPr>
            </w:pPr>
            <w:r w:rsidRPr="004754F6">
              <w:rPr>
                <w:b/>
                <w:bCs/>
              </w:rPr>
              <w:t>Morning</w:t>
            </w:r>
            <w:r>
              <w:rPr>
                <w:b/>
                <w:bCs/>
              </w:rPr>
              <w:t xml:space="preserve"> session</w:t>
            </w:r>
          </w:p>
        </w:tc>
        <w:tc>
          <w:tcPr>
            <w:tcW w:w="1549" w:type="dxa"/>
            <w:shd w:val="clear" w:color="auto" w:fill="D9D9D9" w:themeFill="background1" w:themeFillShade="D9"/>
          </w:tcPr>
          <w:p w14:paraId="763C134B" w14:textId="77777777" w:rsidR="00274965" w:rsidRPr="004754F6" w:rsidRDefault="00274965" w:rsidP="00EC3190">
            <w:pPr>
              <w:rPr>
                <w:b/>
                <w:bCs/>
              </w:rPr>
            </w:pPr>
            <w:r w:rsidRPr="004754F6">
              <w:rPr>
                <w:b/>
                <w:bCs/>
              </w:rPr>
              <w:t>Lunch time</w:t>
            </w:r>
          </w:p>
        </w:tc>
        <w:tc>
          <w:tcPr>
            <w:tcW w:w="1264" w:type="dxa"/>
            <w:shd w:val="clear" w:color="auto" w:fill="D9D9D9" w:themeFill="background1" w:themeFillShade="D9"/>
          </w:tcPr>
          <w:p w14:paraId="79BD1C5A" w14:textId="77777777" w:rsidR="00274965" w:rsidRPr="004754F6" w:rsidRDefault="00274965" w:rsidP="00EC3190">
            <w:pPr>
              <w:rPr>
                <w:b/>
                <w:bCs/>
              </w:rPr>
            </w:pPr>
            <w:r w:rsidRPr="004754F6">
              <w:rPr>
                <w:b/>
                <w:bCs/>
              </w:rPr>
              <w:t>Afternoon</w:t>
            </w:r>
            <w:r>
              <w:rPr>
                <w:b/>
                <w:bCs/>
              </w:rPr>
              <w:t xml:space="preserve"> session</w:t>
            </w:r>
          </w:p>
        </w:tc>
        <w:tc>
          <w:tcPr>
            <w:tcW w:w="1171" w:type="dxa"/>
            <w:shd w:val="clear" w:color="auto" w:fill="D9D9D9" w:themeFill="background1" w:themeFillShade="D9"/>
          </w:tcPr>
          <w:p w14:paraId="66F5AF7D" w14:textId="77777777" w:rsidR="00274965" w:rsidRPr="004754F6" w:rsidRDefault="00274965" w:rsidP="00EC3190">
            <w:pPr>
              <w:rPr>
                <w:b/>
                <w:bCs/>
              </w:rPr>
            </w:pPr>
            <w:r w:rsidRPr="004754F6">
              <w:rPr>
                <w:b/>
                <w:bCs/>
              </w:rPr>
              <w:t>After School provision</w:t>
            </w:r>
          </w:p>
        </w:tc>
        <w:tc>
          <w:tcPr>
            <w:tcW w:w="1171" w:type="dxa"/>
            <w:shd w:val="clear" w:color="auto" w:fill="D9D9D9" w:themeFill="background1" w:themeFillShade="D9"/>
          </w:tcPr>
          <w:p w14:paraId="7A5A45EB" w14:textId="77777777" w:rsidR="00274965" w:rsidRPr="004754F6" w:rsidRDefault="00274965" w:rsidP="00EC3190">
            <w:pPr>
              <w:rPr>
                <w:b/>
                <w:bCs/>
              </w:rPr>
            </w:pPr>
            <w:r w:rsidRPr="004754F6">
              <w:rPr>
                <w:b/>
                <w:bCs/>
              </w:rPr>
              <w:t>After School provision</w:t>
            </w:r>
          </w:p>
        </w:tc>
        <w:tc>
          <w:tcPr>
            <w:tcW w:w="1562" w:type="dxa"/>
            <w:shd w:val="clear" w:color="auto" w:fill="D9D9D9" w:themeFill="background1" w:themeFillShade="D9"/>
          </w:tcPr>
          <w:p w14:paraId="74393DB5" w14:textId="77777777" w:rsidR="00274965" w:rsidRPr="004754F6" w:rsidRDefault="00274965" w:rsidP="00EC3190">
            <w:pPr>
              <w:rPr>
                <w:b/>
                <w:bCs/>
              </w:rPr>
            </w:pPr>
            <w:r w:rsidRPr="004754F6">
              <w:rPr>
                <w:b/>
                <w:bCs/>
              </w:rPr>
              <w:t>Full day place 7:30 – 6</w:t>
            </w:r>
          </w:p>
        </w:tc>
      </w:tr>
      <w:tr w:rsidR="00274965" w14:paraId="65B7A25E" w14:textId="77777777" w:rsidTr="00EC3190">
        <w:tc>
          <w:tcPr>
            <w:tcW w:w="1771" w:type="dxa"/>
            <w:shd w:val="clear" w:color="auto" w:fill="D9D9D9" w:themeFill="background1" w:themeFillShade="D9"/>
          </w:tcPr>
          <w:p w14:paraId="7033D4F6" w14:textId="77777777" w:rsidR="00274965" w:rsidRPr="004754F6" w:rsidRDefault="00274965" w:rsidP="00EC3190">
            <w:pPr>
              <w:rPr>
                <w:b/>
                <w:bCs/>
              </w:rPr>
            </w:pPr>
            <w:r>
              <w:rPr>
                <w:b/>
                <w:bCs/>
              </w:rPr>
              <w:t>The cost does not apply to funded hours</w:t>
            </w:r>
          </w:p>
        </w:tc>
        <w:tc>
          <w:tcPr>
            <w:tcW w:w="1198" w:type="dxa"/>
          </w:tcPr>
          <w:p w14:paraId="0F7DC4BA" w14:textId="77777777" w:rsidR="00274965" w:rsidRDefault="00274965" w:rsidP="00EC3190">
            <w:r>
              <w:t>7:30 – 8:30</w:t>
            </w:r>
          </w:p>
          <w:p w14:paraId="66F0C1A6" w14:textId="77777777" w:rsidR="00274965" w:rsidRDefault="00274965" w:rsidP="00EC3190">
            <w:r>
              <w:t>£5</w:t>
            </w:r>
          </w:p>
        </w:tc>
        <w:tc>
          <w:tcPr>
            <w:tcW w:w="1088" w:type="dxa"/>
          </w:tcPr>
          <w:p w14:paraId="3D41F258" w14:textId="77777777" w:rsidR="00274965" w:rsidRDefault="00274965" w:rsidP="00EC3190">
            <w:r>
              <w:t>8:30 – 11:30</w:t>
            </w:r>
          </w:p>
          <w:p w14:paraId="25FAE92B" w14:textId="77777777" w:rsidR="00274965" w:rsidRDefault="00274965" w:rsidP="00EC3190">
            <w:r>
              <w:t>£21</w:t>
            </w:r>
          </w:p>
        </w:tc>
        <w:tc>
          <w:tcPr>
            <w:tcW w:w="1549" w:type="dxa"/>
          </w:tcPr>
          <w:p w14:paraId="25CFF03D" w14:textId="77777777" w:rsidR="00274965" w:rsidRDefault="00274965" w:rsidP="00EC3190">
            <w:pPr>
              <w:rPr>
                <w:sz w:val="20"/>
                <w:szCs w:val="20"/>
              </w:rPr>
            </w:pPr>
            <w:r>
              <w:rPr>
                <w:sz w:val="20"/>
                <w:szCs w:val="20"/>
              </w:rPr>
              <w:t>11:30 – 12:30</w:t>
            </w:r>
          </w:p>
          <w:p w14:paraId="354010EE" w14:textId="77777777" w:rsidR="00274965" w:rsidRPr="00285061" w:rsidRDefault="00274965" w:rsidP="00EC3190">
            <w:pPr>
              <w:rPr>
                <w:sz w:val="20"/>
                <w:szCs w:val="20"/>
              </w:rPr>
            </w:pPr>
            <w:r w:rsidRPr="00285061">
              <w:rPr>
                <w:sz w:val="20"/>
                <w:szCs w:val="20"/>
              </w:rPr>
              <w:t>£</w:t>
            </w:r>
            <w:r>
              <w:rPr>
                <w:sz w:val="20"/>
                <w:szCs w:val="20"/>
              </w:rPr>
              <w:t>3.00</w:t>
            </w:r>
            <w:r w:rsidRPr="00285061">
              <w:rPr>
                <w:sz w:val="20"/>
                <w:szCs w:val="20"/>
              </w:rPr>
              <w:t xml:space="preserve"> meal</w:t>
            </w:r>
          </w:p>
          <w:p w14:paraId="75D639D9" w14:textId="77777777" w:rsidR="00274965" w:rsidRDefault="00274965" w:rsidP="00EC3190">
            <w:r>
              <w:t>£5.00charge for care.</w:t>
            </w:r>
          </w:p>
        </w:tc>
        <w:tc>
          <w:tcPr>
            <w:tcW w:w="1264" w:type="dxa"/>
          </w:tcPr>
          <w:p w14:paraId="36762D4C" w14:textId="77777777" w:rsidR="00274965" w:rsidRDefault="00274965" w:rsidP="00EC3190">
            <w:r>
              <w:t>12:30 – 3:30</w:t>
            </w:r>
          </w:p>
          <w:p w14:paraId="6EB49300" w14:textId="77777777" w:rsidR="00274965" w:rsidRDefault="00274965" w:rsidP="00EC3190">
            <w:r>
              <w:t>£21</w:t>
            </w:r>
          </w:p>
        </w:tc>
        <w:tc>
          <w:tcPr>
            <w:tcW w:w="1171" w:type="dxa"/>
          </w:tcPr>
          <w:p w14:paraId="20785167" w14:textId="77777777" w:rsidR="00274965" w:rsidRDefault="00274965" w:rsidP="00EC3190">
            <w:r>
              <w:t>3:30 – 4:30</w:t>
            </w:r>
          </w:p>
          <w:p w14:paraId="42D78D32" w14:textId="77777777" w:rsidR="00274965" w:rsidRDefault="00274965" w:rsidP="00EC3190">
            <w:r>
              <w:t>£10.00</w:t>
            </w:r>
          </w:p>
        </w:tc>
        <w:tc>
          <w:tcPr>
            <w:tcW w:w="1171" w:type="dxa"/>
          </w:tcPr>
          <w:p w14:paraId="62509A84" w14:textId="77777777" w:rsidR="00274965" w:rsidRDefault="00274965" w:rsidP="00EC3190">
            <w:r>
              <w:t>3:30-6</w:t>
            </w:r>
          </w:p>
          <w:p w14:paraId="4944B49C" w14:textId="77777777" w:rsidR="00274965" w:rsidRDefault="00274965" w:rsidP="00EC3190">
            <w:r>
              <w:t>£18</w:t>
            </w:r>
          </w:p>
        </w:tc>
        <w:tc>
          <w:tcPr>
            <w:tcW w:w="1562" w:type="dxa"/>
          </w:tcPr>
          <w:p w14:paraId="6BD1ABC5" w14:textId="77777777" w:rsidR="00274965" w:rsidRDefault="00274965" w:rsidP="00EC3190">
            <w:r>
              <w:t>£70.00 including meals</w:t>
            </w:r>
          </w:p>
        </w:tc>
      </w:tr>
      <w:tr w:rsidR="00274965" w14:paraId="04B91775" w14:textId="77777777" w:rsidTr="00EC3190">
        <w:tc>
          <w:tcPr>
            <w:tcW w:w="1771" w:type="dxa"/>
            <w:shd w:val="clear" w:color="auto" w:fill="D9D9D9" w:themeFill="background1" w:themeFillShade="D9"/>
          </w:tcPr>
          <w:p w14:paraId="50DCEF73" w14:textId="77777777" w:rsidR="00274965" w:rsidRPr="004754F6" w:rsidRDefault="00274965" w:rsidP="00EC3190">
            <w:pPr>
              <w:rPr>
                <w:b/>
                <w:bCs/>
              </w:rPr>
            </w:pPr>
            <w:r w:rsidRPr="004754F6">
              <w:rPr>
                <w:b/>
                <w:bCs/>
              </w:rPr>
              <w:t>Monday</w:t>
            </w:r>
          </w:p>
        </w:tc>
        <w:tc>
          <w:tcPr>
            <w:tcW w:w="1198" w:type="dxa"/>
          </w:tcPr>
          <w:p w14:paraId="46DAFFEB" w14:textId="77777777" w:rsidR="00274965" w:rsidRDefault="00274965" w:rsidP="00EC3190"/>
        </w:tc>
        <w:tc>
          <w:tcPr>
            <w:tcW w:w="1088" w:type="dxa"/>
          </w:tcPr>
          <w:p w14:paraId="5A98BED9" w14:textId="77777777" w:rsidR="00274965" w:rsidRDefault="00274965" w:rsidP="00EC3190"/>
        </w:tc>
        <w:tc>
          <w:tcPr>
            <w:tcW w:w="1549" w:type="dxa"/>
          </w:tcPr>
          <w:p w14:paraId="30DE7AED" w14:textId="77777777" w:rsidR="00274965" w:rsidRDefault="00274965" w:rsidP="00EC3190"/>
        </w:tc>
        <w:tc>
          <w:tcPr>
            <w:tcW w:w="1264" w:type="dxa"/>
          </w:tcPr>
          <w:p w14:paraId="621EA5BF" w14:textId="77777777" w:rsidR="00274965" w:rsidRDefault="00274965" w:rsidP="00EC3190"/>
        </w:tc>
        <w:tc>
          <w:tcPr>
            <w:tcW w:w="1171" w:type="dxa"/>
          </w:tcPr>
          <w:p w14:paraId="4CC96D72" w14:textId="77777777" w:rsidR="00274965" w:rsidRDefault="00274965" w:rsidP="00EC3190"/>
        </w:tc>
        <w:tc>
          <w:tcPr>
            <w:tcW w:w="1171" w:type="dxa"/>
          </w:tcPr>
          <w:p w14:paraId="66789F2E" w14:textId="77777777" w:rsidR="00274965" w:rsidRDefault="00274965" w:rsidP="00EC3190"/>
        </w:tc>
        <w:tc>
          <w:tcPr>
            <w:tcW w:w="1562" w:type="dxa"/>
          </w:tcPr>
          <w:p w14:paraId="3C7F8FB6" w14:textId="77777777" w:rsidR="00274965" w:rsidRDefault="00274965" w:rsidP="00EC3190"/>
        </w:tc>
      </w:tr>
      <w:tr w:rsidR="00274965" w14:paraId="5C88FAD4" w14:textId="77777777" w:rsidTr="00EC3190">
        <w:tc>
          <w:tcPr>
            <w:tcW w:w="1771" w:type="dxa"/>
            <w:shd w:val="clear" w:color="auto" w:fill="D9D9D9" w:themeFill="background1" w:themeFillShade="D9"/>
          </w:tcPr>
          <w:p w14:paraId="4BC58AEA" w14:textId="77777777" w:rsidR="00274965" w:rsidRPr="004754F6" w:rsidRDefault="00274965" w:rsidP="00EC3190">
            <w:pPr>
              <w:rPr>
                <w:b/>
                <w:bCs/>
              </w:rPr>
            </w:pPr>
            <w:r w:rsidRPr="004754F6">
              <w:rPr>
                <w:b/>
                <w:bCs/>
              </w:rPr>
              <w:t>Tuesday</w:t>
            </w:r>
          </w:p>
        </w:tc>
        <w:tc>
          <w:tcPr>
            <w:tcW w:w="1198" w:type="dxa"/>
          </w:tcPr>
          <w:p w14:paraId="746F21AD" w14:textId="77777777" w:rsidR="00274965" w:rsidRDefault="00274965" w:rsidP="00EC3190"/>
        </w:tc>
        <w:tc>
          <w:tcPr>
            <w:tcW w:w="1088" w:type="dxa"/>
          </w:tcPr>
          <w:p w14:paraId="666BCE8D" w14:textId="77777777" w:rsidR="00274965" w:rsidRDefault="00274965" w:rsidP="00EC3190"/>
        </w:tc>
        <w:tc>
          <w:tcPr>
            <w:tcW w:w="1549" w:type="dxa"/>
          </w:tcPr>
          <w:p w14:paraId="50DFD5DB" w14:textId="77777777" w:rsidR="00274965" w:rsidRDefault="00274965" w:rsidP="00EC3190"/>
        </w:tc>
        <w:tc>
          <w:tcPr>
            <w:tcW w:w="1264" w:type="dxa"/>
          </w:tcPr>
          <w:p w14:paraId="361C1C35" w14:textId="77777777" w:rsidR="00274965" w:rsidRDefault="00274965" w:rsidP="00EC3190"/>
        </w:tc>
        <w:tc>
          <w:tcPr>
            <w:tcW w:w="1171" w:type="dxa"/>
          </w:tcPr>
          <w:p w14:paraId="6F72FB70" w14:textId="77777777" w:rsidR="00274965" w:rsidRDefault="00274965" w:rsidP="00EC3190"/>
        </w:tc>
        <w:tc>
          <w:tcPr>
            <w:tcW w:w="1171" w:type="dxa"/>
          </w:tcPr>
          <w:p w14:paraId="2924DDE4" w14:textId="77777777" w:rsidR="00274965" w:rsidRDefault="00274965" w:rsidP="00EC3190"/>
        </w:tc>
        <w:tc>
          <w:tcPr>
            <w:tcW w:w="1562" w:type="dxa"/>
          </w:tcPr>
          <w:p w14:paraId="06614461" w14:textId="77777777" w:rsidR="00274965" w:rsidRDefault="00274965" w:rsidP="00EC3190"/>
        </w:tc>
      </w:tr>
      <w:tr w:rsidR="00274965" w14:paraId="34EE5A5D" w14:textId="77777777" w:rsidTr="00EC3190">
        <w:tc>
          <w:tcPr>
            <w:tcW w:w="1771" w:type="dxa"/>
            <w:shd w:val="clear" w:color="auto" w:fill="D9D9D9" w:themeFill="background1" w:themeFillShade="D9"/>
          </w:tcPr>
          <w:p w14:paraId="0E0B7CB2" w14:textId="77777777" w:rsidR="00274965" w:rsidRPr="004754F6" w:rsidRDefault="00274965" w:rsidP="00EC3190">
            <w:pPr>
              <w:rPr>
                <w:b/>
                <w:bCs/>
              </w:rPr>
            </w:pPr>
            <w:r w:rsidRPr="004754F6">
              <w:rPr>
                <w:b/>
                <w:bCs/>
              </w:rPr>
              <w:t>Wednesday</w:t>
            </w:r>
          </w:p>
        </w:tc>
        <w:tc>
          <w:tcPr>
            <w:tcW w:w="1198" w:type="dxa"/>
          </w:tcPr>
          <w:p w14:paraId="69BB7ECB" w14:textId="77777777" w:rsidR="00274965" w:rsidRDefault="00274965" w:rsidP="00EC3190"/>
        </w:tc>
        <w:tc>
          <w:tcPr>
            <w:tcW w:w="1088" w:type="dxa"/>
          </w:tcPr>
          <w:p w14:paraId="58FC328C" w14:textId="77777777" w:rsidR="00274965" w:rsidRDefault="00274965" w:rsidP="00EC3190"/>
        </w:tc>
        <w:tc>
          <w:tcPr>
            <w:tcW w:w="1549" w:type="dxa"/>
          </w:tcPr>
          <w:p w14:paraId="5E2C07EA" w14:textId="77777777" w:rsidR="00274965" w:rsidRDefault="00274965" w:rsidP="00EC3190"/>
        </w:tc>
        <w:tc>
          <w:tcPr>
            <w:tcW w:w="1264" w:type="dxa"/>
          </w:tcPr>
          <w:p w14:paraId="5A387ACA" w14:textId="77777777" w:rsidR="00274965" w:rsidRDefault="00274965" w:rsidP="00EC3190"/>
        </w:tc>
        <w:tc>
          <w:tcPr>
            <w:tcW w:w="1171" w:type="dxa"/>
          </w:tcPr>
          <w:p w14:paraId="43CB8EF8" w14:textId="77777777" w:rsidR="00274965" w:rsidRDefault="00274965" w:rsidP="00EC3190"/>
        </w:tc>
        <w:tc>
          <w:tcPr>
            <w:tcW w:w="1171" w:type="dxa"/>
          </w:tcPr>
          <w:p w14:paraId="73389609" w14:textId="77777777" w:rsidR="00274965" w:rsidRDefault="00274965" w:rsidP="00EC3190"/>
        </w:tc>
        <w:tc>
          <w:tcPr>
            <w:tcW w:w="1562" w:type="dxa"/>
          </w:tcPr>
          <w:p w14:paraId="5CE0BE38" w14:textId="77777777" w:rsidR="00274965" w:rsidRDefault="00274965" w:rsidP="00EC3190"/>
        </w:tc>
      </w:tr>
      <w:tr w:rsidR="00274965" w14:paraId="7D5AF458" w14:textId="77777777" w:rsidTr="00EC3190">
        <w:tc>
          <w:tcPr>
            <w:tcW w:w="1771" w:type="dxa"/>
            <w:shd w:val="clear" w:color="auto" w:fill="D9D9D9" w:themeFill="background1" w:themeFillShade="D9"/>
          </w:tcPr>
          <w:p w14:paraId="370D6A77" w14:textId="77777777" w:rsidR="00274965" w:rsidRPr="004754F6" w:rsidRDefault="00274965" w:rsidP="00EC3190">
            <w:pPr>
              <w:rPr>
                <w:b/>
                <w:bCs/>
              </w:rPr>
            </w:pPr>
            <w:r w:rsidRPr="004754F6">
              <w:rPr>
                <w:b/>
                <w:bCs/>
              </w:rPr>
              <w:t>Thursday</w:t>
            </w:r>
          </w:p>
        </w:tc>
        <w:tc>
          <w:tcPr>
            <w:tcW w:w="1198" w:type="dxa"/>
          </w:tcPr>
          <w:p w14:paraId="18BA386A" w14:textId="77777777" w:rsidR="00274965" w:rsidRDefault="00274965" w:rsidP="00EC3190"/>
        </w:tc>
        <w:tc>
          <w:tcPr>
            <w:tcW w:w="1088" w:type="dxa"/>
          </w:tcPr>
          <w:p w14:paraId="3B13048A" w14:textId="77777777" w:rsidR="00274965" w:rsidRDefault="00274965" w:rsidP="00EC3190"/>
        </w:tc>
        <w:tc>
          <w:tcPr>
            <w:tcW w:w="1549" w:type="dxa"/>
          </w:tcPr>
          <w:p w14:paraId="63A1E74A" w14:textId="77777777" w:rsidR="00274965" w:rsidRDefault="00274965" w:rsidP="00EC3190"/>
        </w:tc>
        <w:tc>
          <w:tcPr>
            <w:tcW w:w="1264" w:type="dxa"/>
          </w:tcPr>
          <w:p w14:paraId="5532F4D2" w14:textId="77777777" w:rsidR="00274965" w:rsidRDefault="00274965" w:rsidP="00EC3190"/>
        </w:tc>
        <w:tc>
          <w:tcPr>
            <w:tcW w:w="1171" w:type="dxa"/>
          </w:tcPr>
          <w:p w14:paraId="1EE70E8F" w14:textId="77777777" w:rsidR="00274965" w:rsidRDefault="00274965" w:rsidP="00EC3190"/>
        </w:tc>
        <w:tc>
          <w:tcPr>
            <w:tcW w:w="1171" w:type="dxa"/>
          </w:tcPr>
          <w:p w14:paraId="21263781" w14:textId="77777777" w:rsidR="00274965" w:rsidRDefault="00274965" w:rsidP="00EC3190"/>
        </w:tc>
        <w:tc>
          <w:tcPr>
            <w:tcW w:w="1562" w:type="dxa"/>
          </w:tcPr>
          <w:p w14:paraId="522C0224" w14:textId="77777777" w:rsidR="00274965" w:rsidRDefault="00274965" w:rsidP="00EC3190"/>
        </w:tc>
      </w:tr>
      <w:tr w:rsidR="00274965" w14:paraId="5C5E5B58" w14:textId="77777777" w:rsidTr="00EC3190">
        <w:tc>
          <w:tcPr>
            <w:tcW w:w="1771" w:type="dxa"/>
            <w:shd w:val="clear" w:color="auto" w:fill="D9D9D9" w:themeFill="background1" w:themeFillShade="D9"/>
          </w:tcPr>
          <w:p w14:paraId="255CC8EF" w14:textId="77777777" w:rsidR="00274965" w:rsidRPr="004754F6" w:rsidRDefault="00274965" w:rsidP="00EC3190">
            <w:pPr>
              <w:rPr>
                <w:b/>
                <w:bCs/>
              </w:rPr>
            </w:pPr>
            <w:r w:rsidRPr="004754F6">
              <w:rPr>
                <w:b/>
                <w:bCs/>
              </w:rPr>
              <w:t>Friday</w:t>
            </w:r>
          </w:p>
        </w:tc>
        <w:tc>
          <w:tcPr>
            <w:tcW w:w="1198" w:type="dxa"/>
          </w:tcPr>
          <w:p w14:paraId="73954121" w14:textId="77777777" w:rsidR="00274965" w:rsidRDefault="00274965" w:rsidP="00EC3190"/>
        </w:tc>
        <w:tc>
          <w:tcPr>
            <w:tcW w:w="1088" w:type="dxa"/>
          </w:tcPr>
          <w:p w14:paraId="3FF073B1" w14:textId="77777777" w:rsidR="00274965" w:rsidRDefault="00274965" w:rsidP="00EC3190"/>
        </w:tc>
        <w:tc>
          <w:tcPr>
            <w:tcW w:w="1549" w:type="dxa"/>
          </w:tcPr>
          <w:p w14:paraId="06932BF0" w14:textId="77777777" w:rsidR="00274965" w:rsidRDefault="00274965" w:rsidP="00EC3190"/>
        </w:tc>
        <w:tc>
          <w:tcPr>
            <w:tcW w:w="1264" w:type="dxa"/>
          </w:tcPr>
          <w:p w14:paraId="57095979" w14:textId="77777777" w:rsidR="00274965" w:rsidRDefault="00274965" w:rsidP="00EC3190"/>
        </w:tc>
        <w:tc>
          <w:tcPr>
            <w:tcW w:w="1171" w:type="dxa"/>
          </w:tcPr>
          <w:p w14:paraId="1CBA5525" w14:textId="77777777" w:rsidR="00274965" w:rsidRDefault="00274965" w:rsidP="00EC3190"/>
        </w:tc>
        <w:tc>
          <w:tcPr>
            <w:tcW w:w="1171" w:type="dxa"/>
          </w:tcPr>
          <w:p w14:paraId="33612C48" w14:textId="77777777" w:rsidR="00274965" w:rsidRDefault="00274965" w:rsidP="00EC3190"/>
        </w:tc>
        <w:tc>
          <w:tcPr>
            <w:tcW w:w="1562" w:type="dxa"/>
          </w:tcPr>
          <w:p w14:paraId="31EC96B5" w14:textId="77777777" w:rsidR="00274965" w:rsidRDefault="00274965" w:rsidP="00EC3190"/>
        </w:tc>
      </w:tr>
    </w:tbl>
    <w:p w14:paraId="2AE324A6" w14:textId="77777777" w:rsidR="00274965" w:rsidRDefault="00274965" w:rsidP="00274965">
      <w:pPr>
        <w:rPr>
          <w:rFonts w:eastAsia="Times New Roman" w:cs="JEMEMP+Arial"/>
          <w:color w:val="000000"/>
        </w:rPr>
      </w:pPr>
      <w:r>
        <w:rPr>
          <w:rFonts w:eastAsia="Times New Roman" w:cs="JEMEMP+Arial"/>
          <w:color w:val="000000"/>
        </w:rPr>
        <w:t>Paid for places include all meals.</w:t>
      </w:r>
    </w:p>
    <w:p w14:paraId="6701BA6F" w14:textId="77777777" w:rsidR="00274965" w:rsidRDefault="00274965" w:rsidP="00274965">
      <w:pPr>
        <w:rPr>
          <w:rFonts w:eastAsia="Times New Roman" w:cs="JEMEMP+Arial"/>
          <w:color w:val="000000"/>
        </w:rPr>
      </w:pPr>
    </w:p>
    <w:p w14:paraId="485A3520" w14:textId="77777777" w:rsidR="00274965" w:rsidRDefault="00274965" w:rsidP="00274965">
      <w:pPr>
        <w:rPr>
          <w:rFonts w:eastAsia="Times New Roman" w:cs="JEMEMP+Arial"/>
          <w:color w:val="000000"/>
        </w:rPr>
      </w:pPr>
    </w:p>
    <w:tbl>
      <w:tblPr>
        <w:tblW w:w="1105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1276"/>
        <w:gridCol w:w="1134"/>
        <w:gridCol w:w="1134"/>
        <w:gridCol w:w="1275"/>
        <w:gridCol w:w="1418"/>
        <w:gridCol w:w="1417"/>
        <w:gridCol w:w="1701"/>
      </w:tblGrid>
      <w:tr w:rsidR="00274965" w:rsidRPr="004754F6" w14:paraId="6CE65DC3" w14:textId="77777777" w:rsidTr="00EC3190">
        <w:trPr>
          <w:trHeight w:val="907"/>
        </w:trPr>
        <w:tc>
          <w:tcPr>
            <w:tcW w:w="1702" w:type="dxa"/>
            <w:shd w:val="clear" w:color="auto" w:fill="D9D9D9" w:themeFill="background1" w:themeFillShade="D9"/>
          </w:tcPr>
          <w:p w14:paraId="47B4EFAE" w14:textId="77777777" w:rsidR="00274965" w:rsidRPr="004754F6" w:rsidRDefault="00274965" w:rsidP="00EC3190">
            <w:pPr>
              <w:rPr>
                <w:b/>
                <w:bCs/>
              </w:rPr>
            </w:pPr>
            <w:proofErr w:type="gramStart"/>
            <w:r>
              <w:rPr>
                <w:b/>
                <w:bCs/>
              </w:rPr>
              <w:t>3 and 4 year olds</w:t>
            </w:r>
            <w:proofErr w:type="gramEnd"/>
          </w:p>
        </w:tc>
        <w:tc>
          <w:tcPr>
            <w:tcW w:w="1276" w:type="dxa"/>
            <w:shd w:val="clear" w:color="auto" w:fill="D9D9D9" w:themeFill="background1" w:themeFillShade="D9"/>
          </w:tcPr>
          <w:p w14:paraId="035BC500" w14:textId="77777777" w:rsidR="00274965" w:rsidRPr="004754F6" w:rsidRDefault="00274965" w:rsidP="00EC3190">
            <w:pPr>
              <w:rPr>
                <w:b/>
                <w:bCs/>
              </w:rPr>
            </w:pPr>
            <w:r w:rsidRPr="004754F6">
              <w:rPr>
                <w:b/>
                <w:bCs/>
              </w:rPr>
              <w:t>Breakfast club</w:t>
            </w:r>
          </w:p>
        </w:tc>
        <w:tc>
          <w:tcPr>
            <w:tcW w:w="1134" w:type="dxa"/>
            <w:shd w:val="clear" w:color="auto" w:fill="D9D9D9" w:themeFill="background1" w:themeFillShade="D9"/>
          </w:tcPr>
          <w:p w14:paraId="72A13BDB" w14:textId="77777777" w:rsidR="00274965" w:rsidRPr="004754F6" w:rsidRDefault="00274965" w:rsidP="00EC3190">
            <w:pPr>
              <w:rPr>
                <w:b/>
                <w:bCs/>
              </w:rPr>
            </w:pPr>
            <w:r w:rsidRPr="004754F6">
              <w:rPr>
                <w:b/>
                <w:bCs/>
              </w:rPr>
              <w:t>Morning</w:t>
            </w:r>
            <w:r>
              <w:rPr>
                <w:b/>
                <w:bCs/>
              </w:rPr>
              <w:t xml:space="preserve"> session</w:t>
            </w:r>
          </w:p>
        </w:tc>
        <w:tc>
          <w:tcPr>
            <w:tcW w:w="1134" w:type="dxa"/>
            <w:shd w:val="clear" w:color="auto" w:fill="D9D9D9" w:themeFill="background1" w:themeFillShade="D9"/>
          </w:tcPr>
          <w:p w14:paraId="2E823CDE" w14:textId="77777777" w:rsidR="00274965" w:rsidRPr="004754F6" w:rsidRDefault="00274965" w:rsidP="00EC3190">
            <w:pPr>
              <w:rPr>
                <w:b/>
                <w:bCs/>
              </w:rPr>
            </w:pPr>
            <w:r w:rsidRPr="004754F6">
              <w:rPr>
                <w:b/>
                <w:bCs/>
              </w:rPr>
              <w:t>Lunch time</w:t>
            </w:r>
          </w:p>
        </w:tc>
        <w:tc>
          <w:tcPr>
            <w:tcW w:w="1275" w:type="dxa"/>
            <w:shd w:val="clear" w:color="auto" w:fill="D9D9D9" w:themeFill="background1" w:themeFillShade="D9"/>
          </w:tcPr>
          <w:p w14:paraId="5565D150" w14:textId="77777777" w:rsidR="00274965" w:rsidRPr="004754F6" w:rsidRDefault="00274965" w:rsidP="00EC3190">
            <w:pPr>
              <w:rPr>
                <w:b/>
                <w:bCs/>
              </w:rPr>
            </w:pPr>
            <w:r w:rsidRPr="004754F6">
              <w:rPr>
                <w:b/>
                <w:bCs/>
              </w:rPr>
              <w:t>Afternoon</w:t>
            </w:r>
            <w:r>
              <w:rPr>
                <w:b/>
                <w:bCs/>
              </w:rPr>
              <w:t xml:space="preserve"> session</w:t>
            </w:r>
          </w:p>
        </w:tc>
        <w:tc>
          <w:tcPr>
            <w:tcW w:w="1418" w:type="dxa"/>
            <w:shd w:val="clear" w:color="auto" w:fill="D9D9D9" w:themeFill="background1" w:themeFillShade="D9"/>
          </w:tcPr>
          <w:p w14:paraId="3E1BBA89" w14:textId="77777777" w:rsidR="00274965" w:rsidRPr="004754F6" w:rsidRDefault="00274965" w:rsidP="00EC3190">
            <w:pPr>
              <w:rPr>
                <w:b/>
                <w:bCs/>
              </w:rPr>
            </w:pPr>
            <w:r w:rsidRPr="004754F6">
              <w:rPr>
                <w:b/>
                <w:bCs/>
              </w:rPr>
              <w:t>After School provision</w:t>
            </w:r>
          </w:p>
        </w:tc>
        <w:tc>
          <w:tcPr>
            <w:tcW w:w="1417" w:type="dxa"/>
            <w:shd w:val="clear" w:color="auto" w:fill="D9D9D9" w:themeFill="background1" w:themeFillShade="D9"/>
          </w:tcPr>
          <w:p w14:paraId="48CFF6C1" w14:textId="77777777" w:rsidR="00274965" w:rsidRPr="004754F6" w:rsidRDefault="00274965" w:rsidP="00EC3190">
            <w:pPr>
              <w:rPr>
                <w:b/>
                <w:bCs/>
              </w:rPr>
            </w:pPr>
            <w:r w:rsidRPr="004754F6">
              <w:rPr>
                <w:b/>
                <w:bCs/>
              </w:rPr>
              <w:t>After School provision</w:t>
            </w:r>
          </w:p>
        </w:tc>
        <w:tc>
          <w:tcPr>
            <w:tcW w:w="1701" w:type="dxa"/>
            <w:shd w:val="clear" w:color="auto" w:fill="D9D9D9" w:themeFill="background1" w:themeFillShade="D9"/>
          </w:tcPr>
          <w:p w14:paraId="6D3A33E9" w14:textId="77777777" w:rsidR="00274965" w:rsidRPr="004754F6" w:rsidRDefault="00274965" w:rsidP="00EC3190">
            <w:pPr>
              <w:rPr>
                <w:b/>
                <w:bCs/>
              </w:rPr>
            </w:pPr>
            <w:r w:rsidRPr="004754F6">
              <w:rPr>
                <w:b/>
                <w:bCs/>
              </w:rPr>
              <w:t>Full day place 7:30 – 6</w:t>
            </w:r>
          </w:p>
        </w:tc>
      </w:tr>
      <w:tr w:rsidR="00274965" w14:paraId="6C63B00E" w14:textId="77777777" w:rsidTr="00EC3190">
        <w:trPr>
          <w:trHeight w:val="901"/>
        </w:trPr>
        <w:tc>
          <w:tcPr>
            <w:tcW w:w="1702" w:type="dxa"/>
            <w:shd w:val="clear" w:color="auto" w:fill="D9D9D9" w:themeFill="background1" w:themeFillShade="D9"/>
          </w:tcPr>
          <w:p w14:paraId="5CA8063D" w14:textId="77777777" w:rsidR="00274965" w:rsidRPr="004754F6" w:rsidRDefault="00274965" w:rsidP="00EC3190">
            <w:pPr>
              <w:rPr>
                <w:b/>
                <w:bCs/>
              </w:rPr>
            </w:pPr>
            <w:r>
              <w:rPr>
                <w:b/>
                <w:bCs/>
              </w:rPr>
              <w:t>The cost does not apply to funded hours</w:t>
            </w:r>
          </w:p>
        </w:tc>
        <w:tc>
          <w:tcPr>
            <w:tcW w:w="1276" w:type="dxa"/>
          </w:tcPr>
          <w:p w14:paraId="35042A80" w14:textId="77777777" w:rsidR="00274965" w:rsidRDefault="00274965" w:rsidP="00EC3190">
            <w:r>
              <w:t>7:30 – 8:30</w:t>
            </w:r>
          </w:p>
          <w:p w14:paraId="7BDF5041" w14:textId="77777777" w:rsidR="00274965" w:rsidRDefault="00274965" w:rsidP="00EC3190">
            <w:r>
              <w:t>£5</w:t>
            </w:r>
          </w:p>
        </w:tc>
        <w:tc>
          <w:tcPr>
            <w:tcW w:w="1134" w:type="dxa"/>
          </w:tcPr>
          <w:p w14:paraId="4116D310" w14:textId="77777777" w:rsidR="00274965" w:rsidRDefault="00274965" w:rsidP="00EC3190">
            <w:r>
              <w:t>8:30 – 11:30</w:t>
            </w:r>
          </w:p>
          <w:p w14:paraId="23ABD39F" w14:textId="77777777" w:rsidR="00274965" w:rsidRDefault="00274965" w:rsidP="00EC3190">
            <w:r>
              <w:t>£15</w:t>
            </w:r>
          </w:p>
        </w:tc>
        <w:tc>
          <w:tcPr>
            <w:tcW w:w="1134" w:type="dxa"/>
          </w:tcPr>
          <w:p w14:paraId="11E24731" w14:textId="77777777" w:rsidR="00274965" w:rsidRDefault="00274965" w:rsidP="00EC3190">
            <w:pPr>
              <w:rPr>
                <w:sz w:val="20"/>
                <w:szCs w:val="20"/>
              </w:rPr>
            </w:pPr>
            <w:r>
              <w:rPr>
                <w:sz w:val="20"/>
                <w:szCs w:val="20"/>
              </w:rPr>
              <w:t>11:30 – 12:30</w:t>
            </w:r>
          </w:p>
          <w:p w14:paraId="30D1E0C5" w14:textId="77777777" w:rsidR="00274965" w:rsidRPr="00285061" w:rsidRDefault="00274965" w:rsidP="00EC3190">
            <w:pPr>
              <w:rPr>
                <w:sz w:val="20"/>
                <w:szCs w:val="20"/>
              </w:rPr>
            </w:pPr>
            <w:r w:rsidRPr="00285061">
              <w:rPr>
                <w:sz w:val="20"/>
                <w:szCs w:val="20"/>
              </w:rPr>
              <w:t>£</w:t>
            </w:r>
            <w:r>
              <w:rPr>
                <w:sz w:val="20"/>
                <w:szCs w:val="20"/>
              </w:rPr>
              <w:t>3.00</w:t>
            </w:r>
            <w:r w:rsidRPr="00285061">
              <w:rPr>
                <w:sz w:val="20"/>
                <w:szCs w:val="20"/>
              </w:rPr>
              <w:t xml:space="preserve"> meal</w:t>
            </w:r>
          </w:p>
          <w:p w14:paraId="7EA8A15B" w14:textId="77777777" w:rsidR="00274965" w:rsidRDefault="00274965" w:rsidP="00EC3190">
            <w:r>
              <w:t>£5.00charge for care.</w:t>
            </w:r>
          </w:p>
        </w:tc>
        <w:tc>
          <w:tcPr>
            <w:tcW w:w="1275" w:type="dxa"/>
          </w:tcPr>
          <w:p w14:paraId="26431E51" w14:textId="77777777" w:rsidR="00274965" w:rsidRDefault="00274965" w:rsidP="00EC3190">
            <w:r>
              <w:t>12:30 – 3:30</w:t>
            </w:r>
          </w:p>
          <w:p w14:paraId="77EEBF72" w14:textId="77777777" w:rsidR="00274965" w:rsidRDefault="00274965" w:rsidP="00EC3190">
            <w:r>
              <w:t>£15</w:t>
            </w:r>
          </w:p>
        </w:tc>
        <w:tc>
          <w:tcPr>
            <w:tcW w:w="1418" w:type="dxa"/>
          </w:tcPr>
          <w:p w14:paraId="1D337732" w14:textId="77777777" w:rsidR="00274965" w:rsidRDefault="00274965" w:rsidP="00EC3190">
            <w:r>
              <w:t>3:30 – 4:30</w:t>
            </w:r>
          </w:p>
          <w:p w14:paraId="5A707987" w14:textId="77777777" w:rsidR="00274965" w:rsidRDefault="00274965" w:rsidP="00EC3190">
            <w:r>
              <w:t>£10.00</w:t>
            </w:r>
          </w:p>
        </w:tc>
        <w:tc>
          <w:tcPr>
            <w:tcW w:w="1417" w:type="dxa"/>
          </w:tcPr>
          <w:p w14:paraId="27F30B02" w14:textId="77777777" w:rsidR="00274965" w:rsidRDefault="00274965" w:rsidP="00EC3190">
            <w:r>
              <w:t>3:30-6</w:t>
            </w:r>
          </w:p>
          <w:p w14:paraId="31FA12D6" w14:textId="77777777" w:rsidR="00274965" w:rsidRDefault="00274965" w:rsidP="00EC3190">
            <w:r>
              <w:t>£15</w:t>
            </w:r>
          </w:p>
        </w:tc>
        <w:tc>
          <w:tcPr>
            <w:tcW w:w="1701" w:type="dxa"/>
          </w:tcPr>
          <w:p w14:paraId="61B15DAD" w14:textId="77777777" w:rsidR="00274965" w:rsidRDefault="00274965" w:rsidP="00EC3190">
            <w:r>
              <w:t>£55.00 including meals</w:t>
            </w:r>
          </w:p>
        </w:tc>
      </w:tr>
      <w:tr w:rsidR="00274965" w14:paraId="78453C34" w14:textId="77777777" w:rsidTr="00EC3190">
        <w:trPr>
          <w:trHeight w:val="245"/>
        </w:trPr>
        <w:tc>
          <w:tcPr>
            <w:tcW w:w="1702" w:type="dxa"/>
            <w:shd w:val="clear" w:color="auto" w:fill="D9D9D9" w:themeFill="background1" w:themeFillShade="D9"/>
          </w:tcPr>
          <w:p w14:paraId="4765ECBE" w14:textId="77777777" w:rsidR="00274965" w:rsidRPr="004754F6" w:rsidRDefault="00274965" w:rsidP="00EC3190">
            <w:pPr>
              <w:rPr>
                <w:b/>
                <w:bCs/>
              </w:rPr>
            </w:pPr>
            <w:r w:rsidRPr="004754F6">
              <w:rPr>
                <w:b/>
                <w:bCs/>
              </w:rPr>
              <w:lastRenderedPageBreak/>
              <w:t>Monday</w:t>
            </w:r>
          </w:p>
        </w:tc>
        <w:tc>
          <w:tcPr>
            <w:tcW w:w="1276" w:type="dxa"/>
          </w:tcPr>
          <w:p w14:paraId="2C37FEFB" w14:textId="77777777" w:rsidR="00274965" w:rsidRDefault="00274965" w:rsidP="00EC3190"/>
        </w:tc>
        <w:tc>
          <w:tcPr>
            <w:tcW w:w="1134" w:type="dxa"/>
          </w:tcPr>
          <w:p w14:paraId="7B3DA15F" w14:textId="77777777" w:rsidR="00274965" w:rsidRDefault="00274965" w:rsidP="00EC3190"/>
        </w:tc>
        <w:tc>
          <w:tcPr>
            <w:tcW w:w="1134" w:type="dxa"/>
          </w:tcPr>
          <w:p w14:paraId="0664B094" w14:textId="77777777" w:rsidR="00274965" w:rsidRDefault="00274965" w:rsidP="00EC3190"/>
        </w:tc>
        <w:tc>
          <w:tcPr>
            <w:tcW w:w="1275" w:type="dxa"/>
          </w:tcPr>
          <w:p w14:paraId="5FD6C301" w14:textId="77777777" w:rsidR="00274965" w:rsidRDefault="00274965" w:rsidP="00EC3190"/>
        </w:tc>
        <w:tc>
          <w:tcPr>
            <w:tcW w:w="1418" w:type="dxa"/>
          </w:tcPr>
          <w:p w14:paraId="4D03E1C4" w14:textId="77777777" w:rsidR="00274965" w:rsidRDefault="00274965" w:rsidP="00EC3190"/>
        </w:tc>
        <w:tc>
          <w:tcPr>
            <w:tcW w:w="1417" w:type="dxa"/>
          </w:tcPr>
          <w:p w14:paraId="28F90554" w14:textId="77777777" w:rsidR="00274965" w:rsidRDefault="00274965" w:rsidP="00EC3190"/>
        </w:tc>
        <w:tc>
          <w:tcPr>
            <w:tcW w:w="1701" w:type="dxa"/>
          </w:tcPr>
          <w:p w14:paraId="744E3B48" w14:textId="77777777" w:rsidR="00274965" w:rsidRDefault="00274965" w:rsidP="00EC3190"/>
        </w:tc>
      </w:tr>
      <w:tr w:rsidR="00274965" w14:paraId="2FFAE363" w14:textId="77777777" w:rsidTr="00EC3190">
        <w:trPr>
          <w:trHeight w:val="259"/>
        </w:trPr>
        <w:tc>
          <w:tcPr>
            <w:tcW w:w="1702" w:type="dxa"/>
            <w:shd w:val="clear" w:color="auto" w:fill="D9D9D9" w:themeFill="background1" w:themeFillShade="D9"/>
          </w:tcPr>
          <w:p w14:paraId="13238B42" w14:textId="77777777" w:rsidR="00274965" w:rsidRPr="004754F6" w:rsidRDefault="00274965" w:rsidP="00EC3190">
            <w:pPr>
              <w:rPr>
                <w:b/>
                <w:bCs/>
              </w:rPr>
            </w:pPr>
            <w:r w:rsidRPr="004754F6">
              <w:rPr>
                <w:b/>
                <w:bCs/>
              </w:rPr>
              <w:t>Tuesday</w:t>
            </w:r>
          </w:p>
        </w:tc>
        <w:tc>
          <w:tcPr>
            <w:tcW w:w="1276" w:type="dxa"/>
          </w:tcPr>
          <w:p w14:paraId="55A219E6" w14:textId="77777777" w:rsidR="00274965" w:rsidRDefault="00274965" w:rsidP="00EC3190"/>
        </w:tc>
        <w:tc>
          <w:tcPr>
            <w:tcW w:w="1134" w:type="dxa"/>
          </w:tcPr>
          <w:p w14:paraId="46C86BDD" w14:textId="77777777" w:rsidR="00274965" w:rsidRDefault="00274965" w:rsidP="00EC3190"/>
        </w:tc>
        <w:tc>
          <w:tcPr>
            <w:tcW w:w="1134" w:type="dxa"/>
          </w:tcPr>
          <w:p w14:paraId="11DED8ED" w14:textId="77777777" w:rsidR="00274965" w:rsidRDefault="00274965" w:rsidP="00EC3190"/>
        </w:tc>
        <w:tc>
          <w:tcPr>
            <w:tcW w:w="1275" w:type="dxa"/>
          </w:tcPr>
          <w:p w14:paraId="2D34B532" w14:textId="77777777" w:rsidR="00274965" w:rsidRDefault="00274965" w:rsidP="00EC3190"/>
        </w:tc>
        <w:tc>
          <w:tcPr>
            <w:tcW w:w="1418" w:type="dxa"/>
          </w:tcPr>
          <w:p w14:paraId="5A180260" w14:textId="77777777" w:rsidR="00274965" w:rsidRDefault="00274965" w:rsidP="00EC3190"/>
        </w:tc>
        <w:tc>
          <w:tcPr>
            <w:tcW w:w="1417" w:type="dxa"/>
          </w:tcPr>
          <w:p w14:paraId="661FF417" w14:textId="77777777" w:rsidR="00274965" w:rsidRDefault="00274965" w:rsidP="00EC3190"/>
        </w:tc>
        <w:tc>
          <w:tcPr>
            <w:tcW w:w="1701" w:type="dxa"/>
          </w:tcPr>
          <w:p w14:paraId="72E400AD" w14:textId="77777777" w:rsidR="00274965" w:rsidRDefault="00274965" w:rsidP="00EC3190"/>
        </w:tc>
      </w:tr>
      <w:tr w:rsidR="00274965" w14:paraId="6DEB9358" w14:textId="77777777" w:rsidTr="00EC3190">
        <w:trPr>
          <w:trHeight w:val="245"/>
        </w:trPr>
        <w:tc>
          <w:tcPr>
            <w:tcW w:w="1702" w:type="dxa"/>
            <w:shd w:val="clear" w:color="auto" w:fill="D9D9D9" w:themeFill="background1" w:themeFillShade="D9"/>
          </w:tcPr>
          <w:p w14:paraId="46F20E3A" w14:textId="77777777" w:rsidR="00274965" w:rsidRPr="004754F6" w:rsidRDefault="00274965" w:rsidP="00EC3190">
            <w:pPr>
              <w:rPr>
                <w:b/>
                <w:bCs/>
              </w:rPr>
            </w:pPr>
            <w:r w:rsidRPr="004754F6">
              <w:rPr>
                <w:b/>
                <w:bCs/>
              </w:rPr>
              <w:t>Wednesday</w:t>
            </w:r>
          </w:p>
        </w:tc>
        <w:tc>
          <w:tcPr>
            <w:tcW w:w="1276" w:type="dxa"/>
          </w:tcPr>
          <w:p w14:paraId="4F18A8ED" w14:textId="77777777" w:rsidR="00274965" w:rsidRDefault="00274965" w:rsidP="00EC3190"/>
        </w:tc>
        <w:tc>
          <w:tcPr>
            <w:tcW w:w="1134" w:type="dxa"/>
          </w:tcPr>
          <w:p w14:paraId="00156E7C" w14:textId="77777777" w:rsidR="00274965" w:rsidRDefault="00274965" w:rsidP="00EC3190"/>
        </w:tc>
        <w:tc>
          <w:tcPr>
            <w:tcW w:w="1134" w:type="dxa"/>
          </w:tcPr>
          <w:p w14:paraId="513C2B1E" w14:textId="77777777" w:rsidR="00274965" w:rsidRDefault="00274965" w:rsidP="00EC3190"/>
        </w:tc>
        <w:tc>
          <w:tcPr>
            <w:tcW w:w="1275" w:type="dxa"/>
          </w:tcPr>
          <w:p w14:paraId="0C4EEDDA" w14:textId="77777777" w:rsidR="00274965" w:rsidRDefault="00274965" w:rsidP="00EC3190"/>
        </w:tc>
        <w:tc>
          <w:tcPr>
            <w:tcW w:w="1418" w:type="dxa"/>
          </w:tcPr>
          <w:p w14:paraId="4B077E0A" w14:textId="77777777" w:rsidR="00274965" w:rsidRDefault="00274965" w:rsidP="00EC3190"/>
        </w:tc>
        <w:tc>
          <w:tcPr>
            <w:tcW w:w="1417" w:type="dxa"/>
          </w:tcPr>
          <w:p w14:paraId="797B2829" w14:textId="77777777" w:rsidR="00274965" w:rsidRDefault="00274965" w:rsidP="00EC3190"/>
        </w:tc>
        <w:tc>
          <w:tcPr>
            <w:tcW w:w="1701" w:type="dxa"/>
          </w:tcPr>
          <w:p w14:paraId="04C0A7A2" w14:textId="77777777" w:rsidR="00274965" w:rsidRDefault="00274965" w:rsidP="00EC3190"/>
        </w:tc>
      </w:tr>
      <w:tr w:rsidR="00274965" w14:paraId="4F219320" w14:textId="77777777" w:rsidTr="00EC3190">
        <w:trPr>
          <w:trHeight w:val="259"/>
        </w:trPr>
        <w:tc>
          <w:tcPr>
            <w:tcW w:w="1702" w:type="dxa"/>
            <w:shd w:val="clear" w:color="auto" w:fill="D9D9D9" w:themeFill="background1" w:themeFillShade="D9"/>
          </w:tcPr>
          <w:p w14:paraId="0180783B" w14:textId="77777777" w:rsidR="00274965" w:rsidRPr="004754F6" w:rsidRDefault="00274965" w:rsidP="00EC3190">
            <w:pPr>
              <w:rPr>
                <w:b/>
                <w:bCs/>
              </w:rPr>
            </w:pPr>
            <w:r w:rsidRPr="004754F6">
              <w:rPr>
                <w:b/>
                <w:bCs/>
              </w:rPr>
              <w:t>Thursday</w:t>
            </w:r>
          </w:p>
        </w:tc>
        <w:tc>
          <w:tcPr>
            <w:tcW w:w="1276" w:type="dxa"/>
          </w:tcPr>
          <w:p w14:paraId="38911A38" w14:textId="77777777" w:rsidR="00274965" w:rsidRDefault="00274965" w:rsidP="00EC3190"/>
        </w:tc>
        <w:tc>
          <w:tcPr>
            <w:tcW w:w="1134" w:type="dxa"/>
          </w:tcPr>
          <w:p w14:paraId="31A7A552" w14:textId="77777777" w:rsidR="00274965" w:rsidRDefault="00274965" w:rsidP="00EC3190"/>
        </w:tc>
        <w:tc>
          <w:tcPr>
            <w:tcW w:w="1134" w:type="dxa"/>
          </w:tcPr>
          <w:p w14:paraId="077E0AF7" w14:textId="77777777" w:rsidR="00274965" w:rsidRDefault="00274965" w:rsidP="00EC3190"/>
        </w:tc>
        <w:tc>
          <w:tcPr>
            <w:tcW w:w="1275" w:type="dxa"/>
          </w:tcPr>
          <w:p w14:paraId="097766D9" w14:textId="77777777" w:rsidR="00274965" w:rsidRDefault="00274965" w:rsidP="00EC3190"/>
        </w:tc>
        <w:tc>
          <w:tcPr>
            <w:tcW w:w="1418" w:type="dxa"/>
          </w:tcPr>
          <w:p w14:paraId="44B14063" w14:textId="77777777" w:rsidR="00274965" w:rsidRDefault="00274965" w:rsidP="00EC3190"/>
        </w:tc>
        <w:tc>
          <w:tcPr>
            <w:tcW w:w="1417" w:type="dxa"/>
          </w:tcPr>
          <w:p w14:paraId="5F000096" w14:textId="77777777" w:rsidR="00274965" w:rsidRDefault="00274965" w:rsidP="00EC3190"/>
        </w:tc>
        <w:tc>
          <w:tcPr>
            <w:tcW w:w="1701" w:type="dxa"/>
          </w:tcPr>
          <w:p w14:paraId="1E23668B" w14:textId="77777777" w:rsidR="00274965" w:rsidRDefault="00274965" w:rsidP="00EC3190"/>
        </w:tc>
      </w:tr>
      <w:tr w:rsidR="00274965" w14:paraId="4D630D44" w14:textId="77777777" w:rsidTr="00EC3190">
        <w:trPr>
          <w:trHeight w:val="245"/>
        </w:trPr>
        <w:tc>
          <w:tcPr>
            <w:tcW w:w="1702" w:type="dxa"/>
            <w:shd w:val="clear" w:color="auto" w:fill="D9D9D9" w:themeFill="background1" w:themeFillShade="D9"/>
          </w:tcPr>
          <w:p w14:paraId="5616080B" w14:textId="77777777" w:rsidR="00274965" w:rsidRPr="004754F6" w:rsidRDefault="00274965" w:rsidP="00EC3190">
            <w:pPr>
              <w:rPr>
                <w:b/>
                <w:bCs/>
              </w:rPr>
            </w:pPr>
            <w:r w:rsidRPr="004754F6">
              <w:rPr>
                <w:b/>
                <w:bCs/>
              </w:rPr>
              <w:t>Friday</w:t>
            </w:r>
          </w:p>
        </w:tc>
        <w:tc>
          <w:tcPr>
            <w:tcW w:w="1276" w:type="dxa"/>
          </w:tcPr>
          <w:p w14:paraId="263F6A89" w14:textId="77777777" w:rsidR="00274965" w:rsidRDefault="00274965" w:rsidP="00EC3190"/>
        </w:tc>
        <w:tc>
          <w:tcPr>
            <w:tcW w:w="1134" w:type="dxa"/>
          </w:tcPr>
          <w:p w14:paraId="69E6C9C2" w14:textId="77777777" w:rsidR="00274965" w:rsidRDefault="00274965" w:rsidP="00EC3190"/>
        </w:tc>
        <w:tc>
          <w:tcPr>
            <w:tcW w:w="1134" w:type="dxa"/>
          </w:tcPr>
          <w:p w14:paraId="55D6F5F6" w14:textId="77777777" w:rsidR="00274965" w:rsidRDefault="00274965" w:rsidP="00EC3190"/>
        </w:tc>
        <w:tc>
          <w:tcPr>
            <w:tcW w:w="1275" w:type="dxa"/>
          </w:tcPr>
          <w:p w14:paraId="32A6BA15" w14:textId="77777777" w:rsidR="00274965" w:rsidRDefault="00274965" w:rsidP="00EC3190"/>
        </w:tc>
        <w:tc>
          <w:tcPr>
            <w:tcW w:w="1418" w:type="dxa"/>
          </w:tcPr>
          <w:p w14:paraId="413D77B1" w14:textId="77777777" w:rsidR="00274965" w:rsidRDefault="00274965" w:rsidP="00EC3190"/>
        </w:tc>
        <w:tc>
          <w:tcPr>
            <w:tcW w:w="1417" w:type="dxa"/>
          </w:tcPr>
          <w:p w14:paraId="6E25A6C0" w14:textId="77777777" w:rsidR="00274965" w:rsidRDefault="00274965" w:rsidP="00EC3190"/>
        </w:tc>
        <w:tc>
          <w:tcPr>
            <w:tcW w:w="1701" w:type="dxa"/>
          </w:tcPr>
          <w:p w14:paraId="357B11B5" w14:textId="77777777" w:rsidR="00274965" w:rsidRDefault="00274965" w:rsidP="00EC3190"/>
        </w:tc>
      </w:tr>
    </w:tbl>
    <w:p w14:paraId="6C00D29A" w14:textId="77777777" w:rsidR="00274965" w:rsidRDefault="00274965" w:rsidP="00274965">
      <w:pPr>
        <w:rPr>
          <w:rFonts w:eastAsia="Times New Roman" w:cs="JEMEMP+Arial"/>
          <w:color w:val="000000"/>
        </w:rPr>
      </w:pPr>
    </w:p>
    <w:p w14:paraId="769C432C" w14:textId="77777777" w:rsidR="00274965" w:rsidRDefault="00274965" w:rsidP="00274965">
      <w:pPr>
        <w:rPr>
          <w:rFonts w:eastAsia="Times New Roman" w:cs="JEMEMP+Arial"/>
          <w:color w:val="000000"/>
        </w:rPr>
      </w:pPr>
      <w:r>
        <w:rPr>
          <w:rFonts w:eastAsia="Times New Roman" w:cs="JEMEMP+Arial"/>
          <w:color w:val="000000"/>
        </w:rPr>
        <w:t xml:space="preserve">We are a </w:t>
      </w:r>
      <w:proofErr w:type="gramStart"/>
      <w:r>
        <w:rPr>
          <w:rFonts w:eastAsia="Times New Roman" w:cs="JEMEMP+Arial"/>
          <w:color w:val="000000"/>
        </w:rPr>
        <w:t>term time</w:t>
      </w:r>
      <w:proofErr w:type="gramEnd"/>
      <w:r>
        <w:rPr>
          <w:rFonts w:eastAsia="Times New Roman" w:cs="JEMEMP+Arial"/>
          <w:color w:val="000000"/>
        </w:rPr>
        <w:t xml:space="preserve"> only nursery but do offer a holiday club from Tuesday to Thursday 8-5:30 </w:t>
      </w:r>
      <w:proofErr w:type="gramStart"/>
      <w:r>
        <w:rPr>
          <w:rFonts w:eastAsia="Times New Roman" w:cs="JEMEMP+Arial"/>
          <w:color w:val="000000"/>
        </w:rPr>
        <w:t>of</w:t>
      </w:r>
      <w:proofErr w:type="gramEnd"/>
      <w:r>
        <w:rPr>
          <w:rFonts w:eastAsia="Times New Roman" w:cs="JEMEMP+Arial"/>
          <w:color w:val="000000"/>
        </w:rPr>
        <w:t xml:space="preserve"> all holidays except: Christmas, the first and last weeks of the 6 weeks summer holidays. Places can be booked on the Family app once enrolled. For more </w:t>
      </w:r>
      <w:proofErr w:type="gramStart"/>
      <w:r>
        <w:rPr>
          <w:rFonts w:eastAsia="Times New Roman" w:cs="JEMEMP+Arial"/>
          <w:color w:val="000000"/>
        </w:rPr>
        <w:t>information</w:t>
      </w:r>
      <w:proofErr w:type="gramEnd"/>
      <w:r>
        <w:rPr>
          <w:rFonts w:eastAsia="Times New Roman" w:cs="JEMEMP+Arial"/>
          <w:color w:val="000000"/>
        </w:rPr>
        <w:t xml:space="preserve"> please contact us.</w:t>
      </w:r>
    </w:p>
    <w:p w14:paraId="63C9D81B" w14:textId="77777777" w:rsidR="00274965" w:rsidRDefault="00274965" w:rsidP="00274965">
      <w:pPr>
        <w:rPr>
          <w:rFonts w:eastAsia="Times New Roman" w:cs="JEMEMP+Arial"/>
          <w:color w:val="000000"/>
        </w:rPr>
      </w:pPr>
    </w:p>
    <w:p w14:paraId="51747E04" w14:textId="77777777" w:rsidR="00274965" w:rsidRPr="00F02C2D" w:rsidRDefault="00274965" w:rsidP="00274965">
      <w:pPr>
        <w:rPr>
          <w:rFonts w:eastAsia="Times New Roman" w:cs="JEMEMP+Arial"/>
          <w:color w:val="000000"/>
        </w:rPr>
      </w:pPr>
      <w:r w:rsidRPr="00F02C2D">
        <w:rPr>
          <w:rFonts w:eastAsia="Times New Roman" w:cs="JEMEMP+Arial"/>
          <w:color w:val="000000"/>
        </w:rPr>
        <w:t xml:space="preserve">At St Paul’s Nursery </w:t>
      </w:r>
      <w:proofErr w:type="gramStart"/>
      <w:r w:rsidRPr="00F02C2D">
        <w:rPr>
          <w:rFonts w:eastAsia="Times New Roman" w:cs="JEMEMP+Arial"/>
          <w:color w:val="000000"/>
        </w:rPr>
        <w:t>School</w:t>
      </w:r>
      <w:proofErr w:type="gramEnd"/>
      <w:r w:rsidRPr="00F02C2D">
        <w:rPr>
          <w:rFonts w:eastAsia="Times New Roman" w:cs="JEMEMP+Arial"/>
          <w:color w:val="000000"/>
        </w:rPr>
        <w:t xml:space="preserve"> we pride ourselves on offering the highest quality education that we can. This isn’t possible with the funding allocated through the two-, three- and four-year-old scheme. In accordance with statutory guidance we do not charge for care, however we do charge an optional additional facilities fee that covers snacks, drinks, breakfast, tea, activities, use of the square garden for forest schools, sun cream</w:t>
      </w:r>
      <w:r>
        <w:rPr>
          <w:rFonts w:eastAsia="Times New Roman" w:cs="JEMEMP+Arial"/>
          <w:color w:val="000000"/>
        </w:rPr>
        <w:t>, baby wipes,</w:t>
      </w:r>
      <w:r w:rsidRPr="00F02C2D">
        <w:rPr>
          <w:rFonts w:eastAsia="Times New Roman" w:cs="JEMEMP+Arial"/>
          <w:color w:val="000000"/>
        </w:rPr>
        <w:t xml:space="preserve"> and other high-quality resources such as visitors like professional storytellers and other curriculum enrichment opportunities we offer. If you </w:t>
      </w:r>
      <w:proofErr w:type="gramStart"/>
      <w:r w:rsidRPr="00F02C2D">
        <w:rPr>
          <w:rFonts w:eastAsia="Times New Roman" w:cs="JEMEMP+Arial"/>
          <w:color w:val="000000"/>
        </w:rPr>
        <w:t>chose</w:t>
      </w:r>
      <w:proofErr w:type="gramEnd"/>
      <w:r w:rsidRPr="00F02C2D">
        <w:rPr>
          <w:rFonts w:eastAsia="Times New Roman" w:cs="JEMEMP+Arial"/>
          <w:color w:val="000000"/>
        </w:rPr>
        <w:t xml:space="preserve"> to opt out of the additional service fee parents must </w:t>
      </w:r>
      <w:r>
        <w:rPr>
          <w:rFonts w:eastAsia="Times New Roman" w:cs="JEMEMP+Arial"/>
          <w:color w:val="000000"/>
        </w:rPr>
        <w:t xml:space="preserve">agree to </w:t>
      </w:r>
      <w:r w:rsidRPr="00F02C2D">
        <w:rPr>
          <w:rFonts w:eastAsia="Times New Roman" w:cs="JEMEMP+Arial"/>
          <w:color w:val="000000"/>
        </w:rPr>
        <w:t xml:space="preserve">supply them </w:t>
      </w:r>
      <w:proofErr w:type="gramStart"/>
      <w:r>
        <w:rPr>
          <w:rFonts w:eastAsia="Times New Roman" w:cs="JEMEMP+Arial"/>
          <w:color w:val="000000"/>
        </w:rPr>
        <w:t>for</w:t>
      </w:r>
      <w:proofErr w:type="gramEnd"/>
      <w:r>
        <w:rPr>
          <w:rFonts w:eastAsia="Times New Roman" w:cs="JEMEMP+Arial"/>
          <w:color w:val="000000"/>
        </w:rPr>
        <w:t xml:space="preserve"> their own children daily. Failure to do so could be considered as a safeguarding risk.</w:t>
      </w:r>
    </w:p>
    <w:p w14:paraId="7D13431B" w14:textId="77777777" w:rsidR="00274965" w:rsidRDefault="00274965" w:rsidP="00274965">
      <w:pPr>
        <w:rPr>
          <w:rFonts w:eastAsia="Times New Roman" w:cs="JEMEMP+Arial"/>
          <w:color w:val="000000"/>
          <w:highlight w:val="yellow"/>
        </w:rPr>
      </w:pPr>
    </w:p>
    <w:p w14:paraId="670252F9" w14:textId="77777777" w:rsidR="00274965" w:rsidRPr="004754F6" w:rsidRDefault="00274965" w:rsidP="00274965">
      <w:pPr>
        <w:rPr>
          <w:rFonts w:eastAsia="Times New Roman" w:cs="JEMEMP+Arial"/>
          <w:color w:val="000000"/>
        </w:rPr>
      </w:pPr>
      <w:r w:rsidRPr="00060326">
        <w:rPr>
          <w:rFonts w:eastAsia="Times New Roman" w:cs="JEMEMP+Arial"/>
          <w:color w:val="000000"/>
        </w:rPr>
        <w:t xml:space="preserve">If you choose to opt out of the additional </w:t>
      </w:r>
      <w:r>
        <w:rPr>
          <w:rFonts w:eastAsia="Times New Roman" w:cs="JEMEMP+Arial"/>
          <w:color w:val="000000"/>
        </w:rPr>
        <w:t>facilities</w:t>
      </w:r>
      <w:r w:rsidRPr="00060326">
        <w:rPr>
          <w:rFonts w:eastAsia="Times New Roman" w:cs="JEMEMP+Arial"/>
          <w:color w:val="000000"/>
        </w:rPr>
        <w:t xml:space="preserve"> fee you </w:t>
      </w:r>
      <w:r>
        <w:rPr>
          <w:rFonts w:eastAsia="Times New Roman" w:cs="JEMEMP+Arial"/>
          <w:color w:val="000000"/>
        </w:rPr>
        <w:t>do still have the option to</w:t>
      </w:r>
      <w:r w:rsidRPr="00060326">
        <w:rPr>
          <w:rFonts w:eastAsia="Times New Roman" w:cs="JEMEMP+Arial"/>
          <w:color w:val="000000"/>
        </w:rPr>
        <w:t xml:space="preserve"> pay for the extras we provide if you do not wish to bring snacks, wipes etc. All the additional extras will cost £1.50 each per item per day.</w:t>
      </w:r>
    </w:p>
    <w:p w14:paraId="5F361783" w14:textId="77777777" w:rsidR="00274965" w:rsidRDefault="00274965" w:rsidP="00274965">
      <w:pPr>
        <w:rPr>
          <w:rFonts w:eastAsia="Times New Roman" w:cs="JEMEMP+Arial"/>
          <w:color w:val="000000"/>
          <w:highlight w:val="yellow"/>
        </w:rPr>
      </w:pPr>
    </w:p>
    <w:p w14:paraId="3930DC80" w14:textId="77777777" w:rsidR="00274965" w:rsidRPr="00761B33" w:rsidRDefault="00274965" w:rsidP="00274965">
      <w:pPr>
        <w:rPr>
          <w:rFonts w:eastAsia="Times New Roman" w:cs="JEMEMP+Arial"/>
          <w:color w:val="000000"/>
          <w:highlight w:val="yellow"/>
        </w:rPr>
      </w:pPr>
    </w:p>
    <w:p w14:paraId="2287E129" w14:textId="77777777" w:rsidR="00274965" w:rsidRPr="00840FC1" w:rsidRDefault="00274965" w:rsidP="00274965">
      <w:pPr>
        <w:rPr>
          <w:rFonts w:eastAsia="Times New Roman" w:cs="JEMEMP+Arial"/>
          <w:color w:val="000000"/>
        </w:rPr>
      </w:pPr>
      <w:r w:rsidRPr="00840FC1">
        <w:rPr>
          <w:rFonts w:eastAsia="Times New Roman" w:cs="JEMEMP+Arial"/>
          <w:color w:val="000000"/>
        </w:rPr>
        <w:t xml:space="preserve">If you are happy to pay the optional additional </w:t>
      </w:r>
      <w:r>
        <w:rPr>
          <w:rFonts w:eastAsia="Times New Roman" w:cs="JEMEMP+Arial"/>
          <w:color w:val="000000"/>
        </w:rPr>
        <w:t>facilities</w:t>
      </w:r>
      <w:r w:rsidRPr="00840FC1">
        <w:rPr>
          <w:rFonts w:eastAsia="Times New Roman" w:cs="JEMEMP+Arial"/>
          <w:color w:val="000000"/>
        </w:rPr>
        <w:t xml:space="preserve"> fee this is worked out as an additional £1 per hour for funded sessions. This is then multiplied by 38 weeks and divided by 11 months to give you a monthly fee.</w:t>
      </w:r>
    </w:p>
    <w:p w14:paraId="51D5A062" w14:textId="77777777" w:rsidR="00274965" w:rsidRPr="004754F6" w:rsidRDefault="00274965" w:rsidP="00274965">
      <w:pPr>
        <w:rPr>
          <w:rFonts w:eastAsia="Times New Roman" w:cs="JEMEMP+Arial"/>
          <w:color w:val="000000"/>
        </w:rPr>
      </w:pPr>
      <w:r w:rsidRPr="00840FC1">
        <w:rPr>
          <w:rFonts w:eastAsia="Times New Roman" w:cs="JEMEMP+Arial"/>
          <w:color w:val="000000"/>
        </w:rPr>
        <w:t xml:space="preserve">All fees are broken down and </w:t>
      </w:r>
      <w:proofErr w:type="spellStart"/>
      <w:r w:rsidRPr="00840FC1">
        <w:rPr>
          <w:rFonts w:eastAsia="Times New Roman" w:cs="JEMEMP+Arial"/>
          <w:color w:val="000000"/>
        </w:rPr>
        <w:t>itemised</w:t>
      </w:r>
      <w:proofErr w:type="spellEnd"/>
      <w:r w:rsidRPr="00840FC1">
        <w:rPr>
          <w:rFonts w:eastAsia="Times New Roman" w:cs="JEMEMP+Arial"/>
          <w:color w:val="000000"/>
        </w:rPr>
        <w:t xml:space="preserve"> on invoices given to you at the start of your child’s place.</w:t>
      </w:r>
    </w:p>
    <w:p w14:paraId="0B76BC2D" w14:textId="77777777" w:rsidR="00274965" w:rsidRDefault="00274965" w:rsidP="00274965">
      <w:pPr>
        <w:rPr>
          <w:rFonts w:eastAsia="Times New Roman" w:cs="JEMEMP+Arial"/>
          <w:color w:val="000000"/>
        </w:rPr>
      </w:pPr>
    </w:p>
    <w:p w14:paraId="651DC564" w14:textId="77777777" w:rsidR="00274965" w:rsidRPr="00BC5C14" w:rsidRDefault="00274965" w:rsidP="00274965">
      <w:pPr>
        <w:rPr>
          <w:rFonts w:eastAsia="Times New Roman"/>
          <w:sz w:val="20"/>
          <w:szCs w:val="20"/>
        </w:rPr>
      </w:pPr>
      <w:r w:rsidRPr="00BC5C14">
        <w:rPr>
          <w:rFonts w:eastAsia="Times New Roman"/>
          <w:sz w:val="20"/>
          <w:szCs w:val="20"/>
        </w:rPr>
        <w:t xml:space="preserve">We offer a 50% discount on the ‘additional facilities’ fee to any families who are eligible for funded hours under the above benefit related criteria (not the working families funded hours) </w:t>
      </w:r>
      <w:proofErr w:type="gramStart"/>
      <w:r w:rsidRPr="00BC5C14">
        <w:rPr>
          <w:rFonts w:eastAsia="Times New Roman"/>
          <w:sz w:val="20"/>
          <w:szCs w:val="20"/>
        </w:rPr>
        <w:t>and also</w:t>
      </w:r>
      <w:proofErr w:type="gramEnd"/>
      <w:r w:rsidRPr="00BC5C14">
        <w:rPr>
          <w:rFonts w:eastAsia="Times New Roman"/>
          <w:sz w:val="20"/>
          <w:szCs w:val="20"/>
        </w:rPr>
        <w:t xml:space="preserve"> a 15% sibling discount for two siblings attending at the same time. Please let our team know if you are eligible for the funding.</w:t>
      </w:r>
    </w:p>
    <w:p w14:paraId="422A6C43" w14:textId="77777777" w:rsidR="00274965" w:rsidRDefault="00274965" w:rsidP="00274965"/>
    <w:p w14:paraId="7088257F" w14:textId="77777777" w:rsidR="00274965" w:rsidRDefault="00274965" w:rsidP="00274965">
      <w:r>
        <w:t>Please indicate your preference regarding the fee structure below:</w:t>
      </w:r>
    </w:p>
    <w:p w14:paraId="32136D34" w14:textId="77777777" w:rsidR="00274965" w:rsidRDefault="00274965" w:rsidP="00274965"/>
    <w:tbl>
      <w:tblPr>
        <w:tblStyle w:val="TableGrid"/>
        <w:tblW w:w="0" w:type="auto"/>
        <w:tblLook w:val="04A0" w:firstRow="1" w:lastRow="0" w:firstColumn="1" w:lastColumn="0" w:noHBand="0" w:noVBand="1"/>
      </w:tblPr>
      <w:tblGrid>
        <w:gridCol w:w="2508"/>
        <w:gridCol w:w="2502"/>
        <w:gridCol w:w="2508"/>
        <w:gridCol w:w="2110"/>
      </w:tblGrid>
      <w:tr w:rsidR="00274965" w14:paraId="4C8E8F05" w14:textId="77777777" w:rsidTr="00EC3190">
        <w:tc>
          <w:tcPr>
            <w:tcW w:w="2508" w:type="dxa"/>
          </w:tcPr>
          <w:p w14:paraId="2E51254E" w14:textId="77777777" w:rsidR="00274965" w:rsidRDefault="00274965" w:rsidP="00EC3190">
            <w:r>
              <w:t>I agree to pay the additional facilities fee of £1 per funded hour I use, to cover all food costs.</w:t>
            </w:r>
          </w:p>
        </w:tc>
        <w:tc>
          <w:tcPr>
            <w:tcW w:w="2502" w:type="dxa"/>
          </w:tcPr>
          <w:p w14:paraId="7A10EAC3" w14:textId="77777777" w:rsidR="00274965" w:rsidRDefault="00274965" w:rsidP="00EC3190">
            <w:r>
              <w:t xml:space="preserve">I wish to opt out and will provide my own meals, snacks, sun cream </w:t>
            </w:r>
            <w:proofErr w:type="gramStart"/>
            <w:r>
              <w:t>and  nappy</w:t>
            </w:r>
            <w:proofErr w:type="gramEnd"/>
            <w:r>
              <w:t xml:space="preserve"> changing resources.</w:t>
            </w:r>
          </w:p>
        </w:tc>
        <w:tc>
          <w:tcPr>
            <w:tcW w:w="2508" w:type="dxa"/>
          </w:tcPr>
          <w:p w14:paraId="760B3B57" w14:textId="77777777" w:rsidR="00274965" w:rsidRDefault="00274965" w:rsidP="00EC3190">
            <w:r>
              <w:t>I wish to pay the additional facilities fee but am eligible for a discount.</w:t>
            </w:r>
          </w:p>
        </w:tc>
        <w:tc>
          <w:tcPr>
            <w:tcW w:w="2110" w:type="dxa"/>
          </w:tcPr>
          <w:p w14:paraId="27F0663A" w14:textId="77777777" w:rsidR="00274965" w:rsidRDefault="00274965" w:rsidP="00EC3190">
            <w:r>
              <w:t>I wish to have a free place but agree to pay for a hot meal at lunch. £3 per day.</w:t>
            </w:r>
          </w:p>
        </w:tc>
      </w:tr>
      <w:tr w:rsidR="00274965" w14:paraId="285A128F" w14:textId="77777777" w:rsidTr="00EC3190">
        <w:tc>
          <w:tcPr>
            <w:tcW w:w="2508" w:type="dxa"/>
          </w:tcPr>
          <w:p w14:paraId="14118564" w14:textId="77777777" w:rsidR="00274965" w:rsidRDefault="00274965" w:rsidP="00EC3190"/>
          <w:p w14:paraId="7F37073F" w14:textId="77777777" w:rsidR="00274965" w:rsidRDefault="00274965" w:rsidP="00EC3190"/>
        </w:tc>
        <w:tc>
          <w:tcPr>
            <w:tcW w:w="2502" w:type="dxa"/>
          </w:tcPr>
          <w:p w14:paraId="7D1DE562" w14:textId="77777777" w:rsidR="00274965" w:rsidRDefault="00274965" w:rsidP="00EC3190"/>
        </w:tc>
        <w:tc>
          <w:tcPr>
            <w:tcW w:w="2508" w:type="dxa"/>
          </w:tcPr>
          <w:p w14:paraId="7EF5D736" w14:textId="77777777" w:rsidR="00274965" w:rsidRDefault="00274965" w:rsidP="00EC3190"/>
        </w:tc>
        <w:tc>
          <w:tcPr>
            <w:tcW w:w="2110" w:type="dxa"/>
          </w:tcPr>
          <w:p w14:paraId="384E2123" w14:textId="77777777" w:rsidR="00274965" w:rsidRDefault="00274965" w:rsidP="00EC3190"/>
        </w:tc>
      </w:tr>
    </w:tbl>
    <w:p w14:paraId="2286BF6F" w14:textId="77777777" w:rsidR="00274965" w:rsidRDefault="00274965" w:rsidP="00274965"/>
    <w:p w14:paraId="266AC3BE" w14:textId="77777777" w:rsidR="00274965" w:rsidRPr="004754F6" w:rsidRDefault="00274965" w:rsidP="00274965">
      <w:pPr>
        <w:rPr>
          <w:sz w:val="20"/>
          <w:szCs w:val="20"/>
        </w:rPr>
      </w:pPr>
      <w:r w:rsidRPr="00BC1B0E">
        <w:rPr>
          <w:sz w:val="20"/>
          <w:szCs w:val="20"/>
        </w:rPr>
        <w:t>By accepting a place at our nursery, you agree to abide by all nursery policies and to pay all fees in a timely manner.</w:t>
      </w:r>
      <w:r>
        <w:rPr>
          <w:sz w:val="20"/>
          <w:szCs w:val="20"/>
        </w:rPr>
        <w:t xml:space="preserve"> A notice period of 4 weeks must be given if you would like to leave the nursery or change your place. </w:t>
      </w:r>
      <w:r w:rsidRPr="004754F6">
        <w:rPr>
          <w:sz w:val="20"/>
          <w:szCs w:val="20"/>
        </w:rPr>
        <w:t xml:space="preserve">We do our best to allocate families their first choice of place although this is not possible in all cases. We follow local authority guidance regarding admissions </w:t>
      </w:r>
      <w:proofErr w:type="gramStart"/>
      <w:r w:rsidRPr="004754F6">
        <w:rPr>
          <w:sz w:val="20"/>
          <w:szCs w:val="20"/>
        </w:rPr>
        <w:t>in order to</w:t>
      </w:r>
      <w:proofErr w:type="gramEnd"/>
      <w:r w:rsidRPr="004754F6">
        <w:rPr>
          <w:sz w:val="20"/>
          <w:szCs w:val="20"/>
        </w:rPr>
        <w:t xml:space="preserve"> ensure a fair and consistent approach is used. We review our prices annually and they are subject to change.</w:t>
      </w:r>
      <w:r>
        <w:rPr>
          <w:sz w:val="20"/>
          <w:szCs w:val="20"/>
        </w:rPr>
        <w:t xml:space="preserve"> For more </w:t>
      </w:r>
      <w:proofErr w:type="gramStart"/>
      <w:r>
        <w:rPr>
          <w:sz w:val="20"/>
          <w:szCs w:val="20"/>
        </w:rPr>
        <w:t>information</w:t>
      </w:r>
      <w:proofErr w:type="gramEnd"/>
      <w:r>
        <w:rPr>
          <w:sz w:val="20"/>
          <w:szCs w:val="20"/>
        </w:rPr>
        <w:t xml:space="preserve"> please see our website for our charging and remissions policy. </w:t>
      </w:r>
      <w:hyperlink r:id="rId13" w:history="1">
        <w:r w:rsidRPr="009C6C4E">
          <w:rPr>
            <w:rStyle w:val="Hyperlink"/>
            <w:sz w:val="20"/>
            <w:szCs w:val="20"/>
          </w:rPr>
          <w:t>www.stpaulsnurseryschool.co.uk</w:t>
        </w:r>
      </w:hyperlink>
      <w:r>
        <w:rPr>
          <w:sz w:val="20"/>
          <w:szCs w:val="20"/>
        </w:rPr>
        <w:t xml:space="preserve"> </w:t>
      </w:r>
    </w:p>
    <w:p w14:paraId="68E40F43" w14:textId="77777777" w:rsidR="00274965" w:rsidRDefault="00274965" w:rsidP="00274965">
      <w:pPr>
        <w:rPr>
          <w:b/>
        </w:rPr>
      </w:pPr>
      <w:r>
        <w:rPr>
          <w:b/>
        </w:rPr>
        <w:t>What happens next?</w:t>
      </w:r>
    </w:p>
    <w:p w14:paraId="102A62DF" w14:textId="77777777" w:rsidR="00274965" w:rsidRDefault="00274965" w:rsidP="00274965">
      <w:pPr>
        <w:rPr>
          <w:bCs/>
        </w:rPr>
      </w:pPr>
      <w:r w:rsidRPr="00B61926">
        <w:rPr>
          <w:bCs/>
        </w:rPr>
        <w:t xml:space="preserve">We will send you an offer letter/email outlining the places we have available if your </w:t>
      </w:r>
      <w:proofErr w:type="gramStart"/>
      <w:r w:rsidRPr="00B61926">
        <w:rPr>
          <w:bCs/>
        </w:rPr>
        <w:t>start</w:t>
      </w:r>
      <w:proofErr w:type="gramEnd"/>
      <w:r w:rsidRPr="00B61926">
        <w:rPr>
          <w:bCs/>
        </w:rPr>
        <w:t xml:space="preserve"> date is within 6 months. If longer we will acknowledge your application and then </w:t>
      </w:r>
      <w:proofErr w:type="gramStart"/>
      <w:r w:rsidRPr="00B61926">
        <w:rPr>
          <w:bCs/>
        </w:rPr>
        <w:t>contact</w:t>
      </w:r>
      <w:proofErr w:type="gramEnd"/>
      <w:r w:rsidRPr="00B61926">
        <w:rPr>
          <w:bCs/>
        </w:rPr>
        <w:t xml:space="preserve"> you within 6 months of starting with an offer. </w:t>
      </w:r>
    </w:p>
    <w:p w14:paraId="451FBD35" w14:textId="77777777" w:rsidR="00274965" w:rsidRDefault="00274965" w:rsidP="00274965">
      <w:pPr>
        <w:rPr>
          <w:bCs/>
        </w:rPr>
      </w:pPr>
    </w:p>
    <w:p w14:paraId="6DAA7CEF" w14:textId="77777777" w:rsidR="00274965" w:rsidRPr="00B61926" w:rsidRDefault="00274965" w:rsidP="00274965">
      <w:pPr>
        <w:rPr>
          <w:bCs/>
        </w:rPr>
      </w:pPr>
      <w:r>
        <w:rPr>
          <w:bCs/>
        </w:rPr>
        <w:t xml:space="preserve">Thank you for choosing St Paul’s Nursery School. </w:t>
      </w:r>
    </w:p>
    <w:p w14:paraId="4087BF21" w14:textId="77777777" w:rsidR="00274965" w:rsidRPr="00B61926" w:rsidRDefault="00274965" w:rsidP="00274965">
      <w:pPr>
        <w:rPr>
          <w:bCs/>
          <w:sz w:val="24"/>
          <w:szCs w:val="24"/>
        </w:rPr>
      </w:pPr>
    </w:p>
    <w:p w14:paraId="3B76017A" w14:textId="77777777" w:rsidR="00121C41" w:rsidRPr="00E44455" w:rsidRDefault="00121C41" w:rsidP="00121C41">
      <w:pPr>
        <w:jc w:val="center"/>
        <w:rPr>
          <w:b/>
          <w:bCs/>
          <w:sz w:val="30"/>
          <w:szCs w:val="30"/>
          <w:u w:val="single"/>
        </w:rPr>
      </w:pPr>
    </w:p>
    <w:p w14:paraId="39236B9B" w14:textId="77777777" w:rsidR="00121C41" w:rsidRDefault="00121C41" w:rsidP="00121C41"/>
    <w:sectPr w:rsidR="00121C41" w:rsidSect="00E14A49">
      <w:headerReference w:type="default" r:id="rId14"/>
      <w:footerReference w:type="default" r:id="rId15"/>
      <w:pgSz w:w="12240" w:h="15840"/>
      <w:pgMar w:top="720" w:right="720" w:bottom="720" w:left="720" w:header="567" w:footer="2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550C3" w14:textId="77777777" w:rsidR="00FC554C" w:rsidRDefault="00FC554C">
      <w:pPr>
        <w:spacing w:after="0" w:line="240" w:lineRule="auto"/>
      </w:pPr>
      <w:r>
        <w:separator/>
      </w:r>
    </w:p>
  </w:endnote>
  <w:endnote w:type="continuationSeparator" w:id="0">
    <w:p w14:paraId="0966DD77" w14:textId="77777777" w:rsidR="00FC554C" w:rsidRDefault="00FC5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JEMEMP+Arial">
    <w:altName w:val="Arial"/>
    <w:panose1 w:val="00000000000000000000"/>
    <w:charset w:val="00"/>
    <w:family w:val="swiss"/>
    <w:notTrueType/>
    <w:pitch w:val="default"/>
    <w:sig w:usb0="00000003" w:usb1="00000000" w:usb2="00000000" w:usb3="00000000" w:csb0="00000001" w:csb1="00000000"/>
  </w:font>
  <w:font w:name="Sassoon Primary Std">
    <w:panose1 w:val="020B0503020103030203"/>
    <w:charset w:val="00"/>
    <w:family w:val="swiss"/>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B53B6" w14:textId="6E6F9F28" w:rsidR="00DC64FB" w:rsidRPr="004761AE" w:rsidRDefault="00DC64FB" w:rsidP="00DC64FB">
    <w:pPr>
      <w:jc w:val="center"/>
      <w:rPr>
        <w:color w:val="00AACC"/>
        <w:u w:val="wavyHeavy"/>
      </w:rPr>
    </w:pPr>
    <w:r w:rsidRPr="004761AE">
      <w:rPr>
        <w:color w:val="00AACC"/>
        <w:u w:val="wavyHeavy"/>
      </w:rPr>
      <w:t>___________________________________________________________</w:t>
    </w:r>
    <w:r w:rsidR="00D24AB4">
      <w:rPr>
        <w:color w:val="00AACC"/>
        <w:u w:val="wavyHeavy"/>
      </w:rPr>
      <w:t xml:space="preserve">                               </w:t>
    </w:r>
    <w:r w:rsidRPr="004761AE">
      <w:rPr>
        <w:color w:val="00AACC"/>
        <w:u w:val="wavyHeavy"/>
      </w:rPr>
      <w:t>_______________________________________________________</w:t>
    </w:r>
  </w:p>
  <w:p w14:paraId="156A40DD" w14:textId="6440091C" w:rsidR="003971B3" w:rsidRDefault="00DC64FB" w:rsidP="00DC64FB">
    <w:pPr>
      <w:pStyle w:val="Footer"/>
    </w:pPr>
    <w:r>
      <w:tab/>
    </w:r>
    <w:r w:rsidR="00B7695E">
      <w:t xml:space="preserve">         </w:t>
    </w:r>
    <w:r w:rsidR="004761AE">
      <w:rPr>
        <w:noProof/>
      </w:rPr>
      <w:drawing>
        <wp:inline distT="0" distB="0" distL="0" distR="0" wp14:anchorId="0C05CC48" wp14:editId="0A4B9499">
          <wp:extent cx="539750" cy="526587"/>
          <wp:effectExtent l="0" t="0" r="0" b="6985"/>
          <wp:docPr id="11582232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223248" name="Picture 1158223248"/>
                  <pic:cNvPicPr/>
                </pic:nvPicPr>
                <pic:blipFill>
                  <a:blip r:embed="rId1"/>
                  <a:stretch>
                    <a:fillRect/>
                  </a:stretch>
                </pic:blipFill>
                <pic:spPr>
                  <a:xfrm>
                    <a:off x="0" y="0"/>
                    <a:ext cx="561021" cy="547339"/>
                  </a:xfrm>
                  <a:prstGeom prst="rect">
                    <a:avLst/>
                  </a:prstGeom>
                </pic:spPr>
              </pic:pic>
            </a:graphicData>
          </a:graphic>
        </wp:inline>
      </w:drawing>
    </w:r>
    <w:r w:rsidR="00B7695E">
      <w:rPr>
        <w:noProof/>
      </w:rPr>
      <w:drawing>
        <wp:inline distT="0" distB="0" distL="0" distR="0" wp14:anchorId="06C3CE6A" wp14:editId="2F51BDB0">
          <wp:extent cx="1447770" cy="496511"/>
          <wp:effectExtent l="0" t="0" r="635" b="0"/>
          <wp:docPr id="89805220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052203" name="Picture 898052203"/>
                  <pic:cNvPicPr/>
                </pic:nvPicPr>
                <pic:blipFill>
                  <a:blip r:embed="rId2"/>
                  <a:stretch>
                    <a:fillRect/>
                  </a:stretch>
                </pic:blipFill>
                <pic:spPr>
                  <a:xfrm>
                    <a:off x="0" y="0"/>
                    <a:ext cx="1508035" cy="517179"/>
                  </a:xfrm>
                  <a:prstGeom prst="rect">
                    <a:avLst/>
                  </a:prstGeom>
                </pic:spPr>
              </pic:pic>
            </a:graphicData>
          </a:graphic>
        </wp:inline>
      </w:drawing>
    </w:r>
    <w:r w:rsidR="004761AE">
      <w:rPr>
        <w:noProof/>
      </w:rPr>
      <w:drawing>
        <wp:inline distT="0" distB="0" distL="0" distR="0" wp14:anchorId="2D3FF9B6" wp14:editId="18F91EE5">
          <wp:extent cx="1021022" cy="497158"/>
          <wp:effectExtent l="0" t="0" r="8255" b="0"/>
          <wp:docPr id="18884948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494820" name="Picture 1888494820"/>
                  <pic:cNvPicPr/>
                </pic:nvPicPr>
                <pic:blipFill>
                  <a:blip r:embed="rId3"/>
                  <a:stretch>
                    <a:fillRect/>
                  </a:stretch>
                </pic:blipFill>
                <pic:spPr>
                  <a:xfrm>
                    <a:off x="0" y="0"/>
                    <a:ext cx="1033305" cy="503139"/>
                  </a:xfrm>
                  <a:prstGeom prst="rect">
                    <a:avLst/>
                  </a:prstGeom>
                </pic:spPr>
              </pic:pic>
            </a:graphicData>
          </a:graphic>
        </wp:inline>
      </w:drawing>
    </w:r>
    <w:r w:rsidR="004761AE">
      <w:rPr>
        <w:noProof/>
      </w:rPr>
      <w:drawing>
        <wp:inline distT="0" distB="0" distL="0" distR="0" wp14:anchorId="435AB855" wp14:editId="6C7D8749">
          <wp:extent cx="609600" cy="609600"/>
          <wp:effectExtent l="0" t="0" r="0" b="0"/>
          <wp:docPr id="980925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92575" name="Picture 98092575"/>
                  <pic:cNvPicPr/>
                </pic:nvPicPr>
                <pic:blipFill>
                  <a:blip r:embed="rId4"/>
                  <a:stretch>
                    <a:fillRect/>
                  </a:stretch>
                </pic:blipFill>
                <pic:spPr>
                  <a:xfrm>
                    <a:off x="0" y="0"/>
                    <a:ext cx="609828" cy="609828"/>
                  </a:xfrm>
                  <a:prstGeom prst="rect">
                    <a:avLst/>
                  </a:prstGeom>
                </pic:spPr>
              </pic:pic>
            </a:graphicData>
          </a:graphic>
        </wp:inline>
      </w:drawing>
    </w:r>
    <w:r w:rsidR="004761AE">
      <w:rPr>
        <w:noProof/>
      </w:rPr>
      <w:drawing>
        <wp:inline distT="0" distB="0" distL="0" distR="0" wp14:anchorId="5CE74EA8" wp14:editId="1B1D2C67">
          <wp:extent cx="1949450" cy="563798"/>
          <wp:effectExtent l="0" t="0" r="0" b="8255"/>
          <wp:docPr id="8847866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786625" name="Picture 884786625"/>
                  <pic:cNvPicPr/>
                </pic:nvPicPr>
                <pic:blipFill>
                  <a:blip r:embed="rId5"/>
                  <a:stretch>
                    <a:fillRect/>
                  </a:stretch>
                </pic:blipFill>
                <pic:spPr>
                  <a:xfrm>
                    <a:off x="0" y="0"/>
                    <a:ext cx="2002858" cy="579244"/>
                  </a:xfrm>
                  <a:prstGeom prst="rect">
                    <a:avLst/>
                  </a:prstGeom>
                </pic:spPr>
              </pic:pic>
            </a:graphicData>
          </a:graphic>
        </wp:inline>
      </w:drawing>
    </w:r>
    <w:r w:rsidR="004761AE">
      <w:rPr>
        <w:noProof/>
      </w:rPr>
      <w:drawing>
        <wp:inline distT="0" distB="0" distL="0" distR="0" wp14:anchorId="177DE680" wp14:editId="3BD8C263">
          <wp:extent cx="762000" cy="495707"/>
          <wp:effectExtent l="0" t="0" r="0" b="0"/>
          <wp:docPr id="14065999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599999" name="Picture 1406599999"/>
                  <pic:cNvPicPr/>
                </pic:nvPicPr>
                <pic:blipFill>
                  <a:blip r:embed="rId6"/>
                  <a:stretch>
                    <a:fillRect/>
                  </a:stretch>
                </pic:blipFill>
                <pic:spPr>
                  <a:xfrm>
                    <a:off x="0" y="0"/>
                    <a:ext cx="780697" cy="507870"/>
                  </a:xfrm>
                  <a:prstGeom prst="rect">
                    <a:avLst/>
                  </a:prstGeom>
                </pic:spPr>
              </pic:pic>
            </a:graphicData>
          </a:graphic>
        </wp:inline>
      </w:drawing>
    </w:r>
  </w:p>
  <w:p w14:paraId="2FA53E1B" w14:textId="77777777" w:rsidR="00DC64FB" w:rsidRDefault="00DC64F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BBA25" w14:textId="77777777" w:rsidR="00FC554C" w:rsidRDefault="00FC554C">
      <w:pPr>
        <w:spacing w:after="0" w:line="240" w:lineRule="auto"/>
      </w:pPr>
      <w:r>
        <w:separator/>
      </w:r>
    </w:p>
  </w:footnote>
  <w:footnote w:type="continuationSeparator" w:id="0">
    <w:p w14:paraId="5E2D94F6" w14:textId="77777777" w:rsidR="00FC554C" w:rsidRDefault="00FC55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C4207" w14:textId="48F956FB" w:rsidR="00DB0467" w:rsidRPr="004761AE" w:rsidRDefault="0062051A" w:rsidP="00994C1F">
    <w:pPr>
      <w:pStyle w:val="Header"/>
      <w:jc w:val="right"/>
      <w:rPr>
        <w:color w:val="00AACC"/>
        <w:sz w:val="24"/>
        <w:szCs w:val="24"/>
      </w:rPr>
    </w:pPr>
    <w:r>
      <w:rPr>
        <w:noProof/>
      </w:rPr>
      <w:drawing>
        <wp:anchor distT="0" distB="0" distL="114300" distR="114300" simplePos="0" relativeHeight="251658240" behindDoc="0" locked="0" layoutInCell="1" allowOverlap="1" wp14:anchorId="55570F23" wp14:editId="44441C6E">
          <wp:simplePos x="0" y="0"/>
          <wp:positionH relativeFrom="margin">
            <wp:posOffset>123825</wp:posOffset>
          </wp:positionH>
          <wp:positionV relativeFrom="paragraph">
            <wp:posOffset>-417195</wp:posOffset>
          </wp:positionV>
          <wp:extent cx="1219200" cy="1219200"/>
          <wp:effectExtent l="0" t="0" r="0"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4C1F" w:rsidRPr="004761AE">
      <w:rPr>
        <w:rFonts w:ascii="Sassoon Primary Std" w:hAnsi="Sassoon Primary Std"/>
        <w:b/>
        <w:bCs/>
        <w:i/>
        <w:iCs/>
        <w:color w:val="00AACC"/>
        <w:sz w:val="24"/>
        <w:szCs w:val="24"/>
      </w:rPr>
      <w:t>12 St Paul's Square, Holgate, York YO24 4BD</w:t>
    </w:r>
    <w:r w:rsidR="00994C1F" w:rsidRPr="004761AE">
      <w:rPr>
        <w:rFonts w:ascii="Sassoon Primary Std" w:hAnsi="Sassoon Primary Std"/>
        <w:b/>
        <w:bCs/>
        <w:i/>
        <w:iCs/>
        <w:color w:val="00AACC"/>
        <w:sz w:val="24"/>
        <w:szCs w:val="24"/>
      </w:rPr>
      <w:br/>
      <w:t>Tel: 01904 555995</w:t>
    </w:r>
    <w:r w:rsidR="00994C1F" w:rsidRPr="004761AE">
      <w:rPr>
        <w:rFonts w:ascii="Sassoon Primary Std" w:hAnsi="Sassoon Primary Std"/>
        <w:b/>
        <w:bCs/>
        <w:i/>
        <w:iCs/>
        <w:color w:val="00AACC"/>
        <w:sz w:val="24"/>
        <w:szCs w:val="24"/>
      </w:rPr>
      <w:br/>
      <w:t>Email: st.pauls.nursery@york.gov.uk</w:t>
    </w:r>
    <w:r w:rsidR="00994C1F" w:rsidRPr="004761AE">
      <w:rPr>
        <w:rFonts w:ascii="Sassoon Primary Std" w:hAnsi="Sassoon Primary Std"/>
        <w:b/>
        <w:bCs/>
        <w:i/>
        <w:iCs/>
        <w:color w:val="00AACC"/>
        <w:sz w:val="24"/>
        <w:szCs w:val="24"/>
      </w:rPr>
      <w:br/>
      <w:t>www.stpaulsnurseryschool.co.uk</w:t>
    </w:r>
  </w:p>
  <w:p w14:paraId="1AEF76BF" w14:textId="4496D475" w:rsidR="003971B3" w:rsidRPr="004761AE" w:rsidRDefault="00195377">
    <w:pPr>
      <w:jc w:val="center"/>
      <w:rPr>
        <w:color w:val="00AACC"/>
        <w:u w:val="wavyHeavy"/>
      </w:rPr>
    </w:pPr>
    <w:r w:rsidRPr="004761AE">
      <w:rPr>
        <w:color w:val="00AACC"/>
        <w:u w:val="wavyHeavy"/>
      </w:rPr>
      <w:t>__________________________________________________________</w:t>
    </w:r>
    <w:r w:rsidR="00DB0467" w:rsidRPr="004761AE">
      <w:rPr>
        <w:color w:val="00AACC"/>
        <w:u w:val="wavyHeavy"/>
      </w:rPr>
      <w:t>______________</w:t>
    </w:r>
    <w:r w:rsidR="00CF471D">
      <w:rPr>
        <w:color w:val="00AACC"/>
        <w:u w:val="wavyHeavy"/>
      </w:rPr>
      <w:t xml:space="preserve">                               </w:t>
    </w:r>
    <w:r w:rsidR="00DB0467" w:rsidRPr="004761AE">
      <w:rPr>
        <w:color w:val="00AACC"/>
        <w:u w:val="wavyHeavy"/>
      </w:rPr>
      <w:t>________________________________________</w:t>
    </w:r>
    <w:r w:rsidRPr="004761AE">
      <w:rPr>
        <w:color w:val="00AACC"/>
        <w:u w:val="wavyHeavy"/>
      </w:rPr>
      <w:t>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CC20F95"/>
    <w:multiLevelType w:val="hybridMultilevel"/>
    <w:tmpl w:val="641A9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FA3999"/>
    <w:multiLevelType w:val="hybridMultilevel"/>
    <w:tmpl w:val="A8C04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3069799">
    <w:abstractNumId w:val="8"/>
  </w:num>
  <w:num w:numId="2" w16cid:durableId="1333603738">
    <w:abstractNumId w:val="6"/>
  </w:num>
  <w:num w:numId="3" w16cid:durableId="1726442294">
    <w:abstractNumId w:val="5"/>
  </w:num>
  <w:num w:numId="4" w16cid:durableId="349376954">
    <w:abstractNumId w:val="4"/>
  </w:num>
  <w:num w:numId="5" w16cid:durableId="755395388">
    <w:abstractNumId w:val="7"/>
  </w:num>
  <w:num w:numId="6" w16cid:durableId="1235698544">
    <w:abstractNumId w:val="3"/>
  </w:num>
  <w:num w:numId="7" w16cid:durableId="980305400">
    <w:abstractNumId w:val="2"/>
  </w:num>
  <w:num w:numId="8" w16cid:durableId="1942031409">
    <w:abstractNumId w:val="1"/>
  </w:num>
  <w:num w:numId="9" w16cid:durableId="2124808476">
    <w:abstractNumId w:val="0"/>
  </w:num>
  <w:num w:numId="10" w16cid:durableId="431127481">
    <w:abstractNumId w:val="9"/>
  </w:num>
  <w:num w:numId="11" w16cid:durableId="13518785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756D"/>
    <w:rsid w:val="0006063C"/>
    <w:rsid w:val="000855F2"/>
    <w:rsid w:val="000D1CAD"/>
    <w:rsid w:val="000D4EC2"/>
    <w:rsid w:val="00121C41"/>
    <w:rsid w:val="00135B80"/>
    <w:rsid w:val="0014390B"/>
    <w:rsid w:val="0015074B"/>
    <w:rsid w:val="00185ED0"/>
    <w:rsid w:val="00195377"/>
    <w:rsid w:val="00274965"/>
    <w:rsid w:val="0029639D"/>
    <w:rsid w:val="002B4EC6"/>
    <w:rsid w:val="002B60C7"/>
    <w:rsid w:val="002F1FC3"/>
    <w:rsid w:val="003072C4"/>
    <w:rsid w:val="00326F90"/>
    <w:rsid w:val="00353926"/>
    <w:rsid w:val="003971B3"/>
    <w:rsid w:val="003C31A1"/>
    <w:rsid w:val="00411400"/>
    <w:rsid w:val="00427A1E"/>
    <w:rsid w:val="00431279"/>
    <w:rsid w:val="00432C65"/>
    <w:rsid w:val="004761AE"/>
    <w:rsid w:val="00484DCF"/>
    <w:rsid w:val="00490FE6"/>
    <w:rsid w:val="004967CD"/>
    <w:rsid w:val="004C2FBE"/>
    <w:rsid w:val="004D3D9E"/>
    <w:rsid w:val="004D5214"/>
    <w:rsid w:val="004E516B"/>
    <w:rsid w:val="004F291F"/>
    <w:rsid w:val="004F7E84"/>
    <w:rsid w:val="00505877"/>
    <w:rsid w:val="005167D8"/>
    <w:rsid w:val="00555C46"/>
    <w:rsid w:val="00567F43"/>
    <w:rsid w:val="005C1895"/>
    <w:rsid w:val="005C646A"/>
    <w:rsid w:val="005E0B6E"/>
    <w:rsid w:val="0062051A"/>
    <w:rsid w:val="00620760"/>
    <w:rsid w:val="006302DF"/>
    <w:rsid w:val="00641053"/>
    <w:rsid w:val="00655F4A"/>
    <w:rsid w:val="00664296"/>
    <w:rsid w:val="006C311B"/>
    <w:rsid w:val="006E56D2"/>
    <w:rsid w:val="00707E4C"/>
    <w:rsid w:val="007269D7"/>
    <w:rsid w:val="0073421C"/>
    <w:rsid w:val="00737B48"/>
    <w:rsid w:val="007460B9"/>
    <w:rsid w:val="00766DB2"/>
    <w:rsid w:val="0079092E"/>
    <w:rsid w:val="007C2730"/>
    <w:rsid w:val="007E0150"/>
    <w:rsid w:val="007F2441"/>
    <w:rsid w:val="00816C93"/>
    <w:rsid w:val="00856BFA"/>
    <w:rsid w:val="00862469"/>
    <w:rsid w:val="0089017F"/>
    <w:rsid w:val="008920F8"/>
    <w:rsid w:val="008C6B00"/>
    <w:rsid w:val="008D7620"/>
    <w:rsid w:val="008F12B6"/>
    <w:rsid w:val="009232BF"/>
    <w:rsid w:val="009910EA"/>
    <w:rsid w:val="00994C1F"/>
    <w:rsid w:val="009B4400"/>
    <w:rsid w:val="009B4F81"/>
    <w:rsid w:val="009D6823"/>
    <w:rsid w:val="00A2540A"/>
    <w:rsid w:val="00A32695"/>
    <w:rsid w:val="00A425A6"/>
    <w:rsid w:val="00AA1D8D"/>
    <w:rsid w:val="00AA233D"/>
    <w:rsid w:val="00B1722E"/>
    <w:rsid w:val="00B45986"/>
    <w:rsid w:val="00B47730"/>
    <w:rsid w:val="00B544A0"/>
    <w:rsid w:val="00B67A4E"/>
    <w:rsid w:val="00B7695E"/>
    <w:rsid w:val="00B957E2"/>
    <w:rsid w:val="00BE1DC8"/>
    <w:rsid w:val="00C0526D"/>
    <w:rsid w:val="00C74E66"/>
    <w:rsid w:val="00CB0664"/>
    <w:rsid w:val="00CB1417"/>
    <w:rsid w:val="00CF471D"/>
    <w:rsid w:val="00D24AB4"/>
    <w:rsid w:val="00D626CE"/>
    <w:rsid w:val="00D71A86"/>
    <w:rsid w:val="00DB0467"/>
    <w:rsid w:val="00DC64FB"/>
    <w:rsid w:val="00DF5ADA"/>
    <w:rsid w:val="00E14A49"/>
    <w:rsid w:val="00EE52A0"/>
    <w:rsid w:val="00EF4071"/>
    <w:rsid w:val="00F93652"/>
    <w:rsid w:val="00F96222"/>
    <w:rsid w:val="00FB552F"/>
    <w:rsid w:val="00FC2A5A"/>
    <w:rsid w:val="00FC554C"/>
    <w:rsid w:val="00FC693F"/>
    <w:rsid w:val="00FE3F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87EAFA"/>
  <w14:defaultImageDpi w14:val="300"/>
  <w15:docId w15:val="{52CA6A31-DB63-466B-9C8A-5FAD1F10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62051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rsid w:val="002749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tpaulsnurseryschool.co.u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childcarechoices.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g"/><Relationship Id="rId5" Type="http://schemas.openxmlformats.org/officeDocument/2006/relationships/image" Target="media/image6.jp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492ab6a0-ea75-440b-ab60-38e66b47939c">MWVZR3CUEZJP-50268064-27062</_dlc_DocId>
    <_dlc_DocIdUrl xmlns="492ab6a0-ea75-440b-ab60-38e66b47939c">
      <Url>https://stpaulsnursery.sharepoint.com/sites/AdminShared/_layouts/15/DocIdRedir.aspx?ID=MWVZR3CUEZJP-50268064-27062</Url>
      <Description>MWVZR3CUEZJP-50268064-27062</Description>
    </_dlc_DocIdUrl>
    <lcf76f155ced4ddcb4097134ff3c332f xmlns="a55bbf6d-dbcc-4d91-aeef-b0783c2e35bc">
      <Terms xmlns="http://schemas.microsoft.com/office/infopath/2007/PartnerControls"/>
    </lcf76f155ced4ddcb4097134ff3c332f>
    <TaxCatchAll xmlns="492ab6a0-ea75-440b-ab60-38e66b4793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ABE5F3E9EC37954A88C1C2D2F3D9C526" ma:contentTypeVersion="15" ma:contentTypeDescription="Create a new document." ma:contentTypeScope="" ma:versionID="34924a2221e4ff50e7e9494a36b1a9a0">
  <xsd:schema xmlns:xsd="http://www.w3.org/2001/XMLSchema" xmlns:xs="http://www.w3.org/2001/XMLSchema" xmlns:p="http://schemas.microsoft.com/office/2006/metadata/properties" xmlns:ns2="492ab6a0-ea75-440b-ab60-38e66b47939c" xmlns:ns3="a55bbf6d-dbcc-4d91-aeef-b0783c2e35bc" targetNamespace="http://schemas.microsoft.com/office/2006/metadata/properties" ma:root="true" ma:fieldsID="96e19bc58c1d1e909574d835db3dd9b8" ns2:_="" ns3:_="">
    <xsd:import namespace="492ab6a0-ea75-440b-ab60-38e66b47939c"/>
    <xsd:import namespace="a55bbf6d-dbcc-4d91-aeef-b0783c2e35b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ObjectDetectorVersion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2ab6a0-ea75-440b-ab60-38e66b47939c"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5540e7bc-525c-451d-a121-173b2e9d23b1}" ma:internalName="TaxCatchAll" ma:showField="CatchAllData" ma:web="492ab6a0-ea75-440b-ab60-38e66b47939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55bbf6d-dbcc-4d91-aeef-b0783c2e35b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4fe7d24-e612-4feb-91b7-3718c9f0567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C4919-3FA1-4245-B202-A85488069C56}">
  <ds:schemaRefs>
    <ds:schemaRef ds:uri="http://schemas.microsoft.com/office/2006/metadata/properties"/>
    <ds:schemaRef ds:uri="http://schemas.microsoft.com/office/infopath/2007/PartnerControls"/>
    <ds:schemaRef ds:uri="492ab6a0-ea75-440b-ab60-38e66b47939c"/>
    <ds:schemaRef ds:uri="a55bbf6d-dbcc-4d91-aeef-b0783c2e35bc"/>
  </ds:schemaRefs>
</ds:datastoreItem>
</file>

<file path=customXml/itemProps2.xml><?xml version="1.0" encoding="utf-8"?>
<ds:datastoreItem xmlns:ds="http://schemas.openxmlformats.org/officeDocument/2006/customXml" ds:itemID="{63EB5732-B5D1-40A2-AC76-C9BE1F048417}">
  <ds:schemaRefs>
    <ds:schemaRef ds:uri="http://schemas.microsoft.com/sharepoint/v3/contenttype/forms"/>
  </ds:schemaRefs>
</ds:datastoreItem>
</file>

<file path=customXml/itemProps3.xml><?xml version="1.0" encoding="utf-8"?>
<ds:datastoreItem xmlns:ds="http://schemas.openxmlformats.org/officeDocument/2006/customXml" ds:itemID="{4FAE0B73-A185-4AF4-8CF1-5B3BFB04D572}">
  <ds:schemaRefs>
    <ds:schemaRef ds:uri="http://schemas.microsoft.com/sharepoint/events"/>
  </ds:schemaRefs>
</ds:datastoreItem>
</file>

<file path=customXml/itemProps4.xml><?xml version="1.0" encoding="utf-8"?>
<ds:datastoreItem xmlns:ds="http://schemas.openxmlformats.org/officeDocument/2006/customXml" ds:itemID="{69F20DD0-484E-45A6-87F6-5A36B87758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2ab6a0-ea75-440b-ab60-38e66b47939c"/>
    <ds:schemaRef ds:uri="a55bbf6d-dbcc-4d91-aeef-b0783c2e35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1097</Words>
  <Characters>6255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Gemma Oldfield</cp:lastModifiedBy>
  <cp:revision>2</cp:revision>
  <cp:lastPrinted>2026-03-17T10:57:00Z</cp:lastPrinted>
  <dcterms:created xsi:type="dcterms:W3CDTF">2026-05-18T08:43:00Z</dcterms:created>
  <dcterms:modified xsi:type="dcterms:W3CDTF">2026-05-18T08:43:00Z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0x010100ABE5F3E9EC37954A88C1C2D2F3D9C526</vt:lpwstr>
  </property>
  <property fmtid="{D5CDD505-2E9C-101B-9397-08002B2CF9AE}" pid="3" name="_dlc_DocIdItemGuid">
    <vt:lpwstr>39e01786-fcb2-413c-aa80-a430cf94b7b4</vt:lpwstr>
  </property>
  <property fmtid="{D5CDD505-2E9C-101B-9397-08002B2CF9AE}" pid="4" name="MediaServiceImageTags">
    <vt:lpwstr/>
  </property>
</Properties>
</file>